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5F464B1" w14:textId="573D80CD" w:rsidR="00BA1B3C" w:rsidRPr="00EE68C2" w:rsidRDefault="007425BC">
      <w:pPr>
        <w:spacing w:after="280"/>
        <w:jc w:val="center"/>
        <w:rPr>
          <w:lang w:val="tr-TR"/>
        </w:rPr>
      </w:pPr>
      <w:r w:rsidRPr="00EE68C2">
        <w:rPr>
          <w:b/>
          <w:color w:val="1F3A5F"/>
          <w:sz w:val="32"/>
          <w:lang w:val="tr-TR"/>
        </w:rPr>
        <w:t>Başlık Sayfası</w:t>
      </w:r>
    </w:p>
    <w:p w14:paraId="3BC7C8EF" w14:textId="77777777" w:rsidR="00BA1B3C" w:rsidRPr="00EE68C2" w:rsidRDefault="007425BC">
      <w:pPr>
        <w:rPr>
          <w:lang w:val="tr-TR"/>
        </w:rPr>
      </w:pPr>
      <w:r w:rsidRPr="00EE68C2">
        <w:rPr>
          <w:lang w:val="tr-TR"/>
        </w:rPr>
        <w:t>Bu sayfa yazar bilgilerini içerir ve hakemlere gönderilmez. Lütfen tüm alanları doldurunuz.</w:t>
      </w:r>
    </w:p>
    <w:p w14:paraId="7A7446D2" w14:textId="77777777" w:rsidR="00BA1B3C" w:rsidRPr="00EE68C2" w:rsidRDefault="007425BC">
      <w:pPr>
        <w:keepNext/>
        <w:spacing w:before="240"/>
        <w:rPr>
          <w:lang w:val="tr-TR"/>
        </w:rPr>
      </w:pPr>
      <w:r w:rsidRPr="00EE68C2">
        <w:rPr>
          <w:b/>
          <w:color w:val="1F3A5F"/>
          <w:sz w:val="25"/>
          <w:lang w:val="tr-TR"/>
        </w:rPr>
        <w:t>Makale Bilgileri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726"/>
      </w:tblGrid>
      <w:tr w:rsidR="00BA1B3C" w:rsidRPr="00EE68C2" w14:paraId="2C0C28E3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59CDE9DD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Makale başlığı (Türkçe)</w:t>
            </w:r>
          </w:p>
        </w:tc>
        <w:tc>
          <w:tcPr>
            <w:tcW w:w="5726" w:type="dxa"/>
          </w:tcPr>
          <w:p w14:paraId="4B919BA0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17DCA272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6989452F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Makale başlığı (İngilizce)</w:t>
            </w:r>
          </w:p>
        </w:tc>
        <w:tc>
          <w:tcPr>
            <w:tcW w:w="5726" w:type="dxa"/>
          </w:tcPr>
          <w:p w14:paraId="5230092B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4F256E91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0650B181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Makale dili</w:t>
            </w:r>
          </w:p>
        </w:tc>
        <w:tc>
          <w:tcPr>
            <w:tcW w:w="5726" w:type="dxa"/>
          </w:tcPr>
          <w:p w14:paraId="60B65D48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2E7F28D7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6A0FA197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Kelime sayısı (kaynakça dahil)</w:t>
            </w:r>
          </w:p>
        </w:tc>
        <w:tc>
          <w:tcPr>
            <w:tcW w:w="5726" w:type="dxa"/>
          </w:tcPr>
          <w:p w14:paraId="74B713CA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</w:tbl>
    <w:p w14:paraId="5F4E8EB4" w14:textId="77777777" w:rsidR="00BA1B3C" w:rsidRPr="00EE68C2" w:rsidRDefault="00BA1B3C">
      <w:pPr>
        <w:rPr>
          <w:lang w:val="tr-TR"/>
        </w:rPr>
      </w:pPr>
    </w:p>
    <w:p w14:paraId="63C57DFC" w14:textId="77777777" w:rsidR="00BA1B3C" w:rsidRPr="00EE68C2" w:rsidRDefault="007425BC">
      <w:pPr>
        <w:keepNext/>
        <w:spacing w:before="240"/>
        <w:rPr>
          <w:lang w:val="tr-TR"/>
        </w:rPr>
      </w:pPr>
      <w:r w:rsidRPr="00EE68C2">
        <w:rPr>
          <w:b/>
          <w:color w:val="1F3A5F"/>
          <w:sz w:val="25"/>
          <w:lang w:val="tr-TR"/>
        </w:rPr>
        <w:t>Yazar Bilgileri</w:t>
      </w:r>
    </w:p>
    <w:p w14:paraId="2A7F0A49" w14:textId="77777777" w:rsidR="00BA1B3C" w:rsidRPr="00EE68C2" w:rsidRDefault="007425BC">
      <w:pPr>
        <w:rPr>
          <w:lang w:val="tr-TR"/>
        </w:rPr>
      </w:pPr>
      <w:r w:rsidRPr="00EE68C2">
        <w:rPr>
          <w:b/>
          <w:lang w:val="tr-TR"/>
        </w:rPr>
        <w:t>Birinci ve sorumlu yazar (genç araştırmacı)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726"/>
      </w:tblGrid>
      <w:tr w:rsidR="00BA1B3C" w:rsidRPr="00EE68C2" w14:paraId="7ABEFE13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66BA4EE9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 xml:space="preserve">Ad </w:t>
            </w:r>
            <w:proofErr w:type="spellStart"/>
            <w:r w:rsidRPr="00EE68C2">
              <w:rPr>
                <w:sz w:val="21"/>
                <w:lang w:val="tr-TR"/>
              </w:rPr>
              <w:t>Soyad</w:t>
            </w:r>
            <w:proofErr w:type="spellEnd"/>
          </w:p>
        </w:tc>
        <w:tc>
          <w:tcPr>
            <w:tcW w:w="5726" w:type="dxa"/>
          </w:tcPr>
          <w:p w14:paraId="147229EC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3D13FFD1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0C2619B7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Unvan / öğrenim durumu</w:t>
            </w:r>
          </w:p>
        </w:tc>
        <w:tc>
          <w:tcPr>
            <w:tcW w:w="5726" w:type="dxa"/>
          </w:tcPr>
          <w:p w14:paraId="2CB529DE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44B69B1B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4349CA6B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Kurum</w:t>
            </w:r>
          </w:p>
        </w:tc>
        <w:tc>
          <w:tcPr>
            <w:tcW w:w="5726" w:type="dxa"/>
          </w:tcPr>
          <w:p w14:paraId="00E74E61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444CF419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2C6939AC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ORCID</w:t>
            </w:r>
          </w:p>
        </w:tc>
        <w:tc>
          <w:tcPr>
            <w:tcW w:w="5726" w:type="dxa"/>
          </w:tcPr>
          <w:p w14:paraId="5BD638C6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1523D4E0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573D39B3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E-posta</w:t>
            </w:r>
          </w:p>
        </w:tc>
        <w:tc>
          <w:tcPr>
            <w:tcW w:w="5726" w:type="dxa"/>
          </w:tcPr>
          <w:p w14:paraId="62DB60F7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45056E83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1AAA537E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Telefon</w:t>
            </w:r>
          </w:p>
        </w:tc>
        <w:tc>
          <w:tcPr>
            <w:tcW w:w="5726" w:type="dxa"/>
          </w:tcPr>
          <w:p w14:paraId="1351D282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21669B9E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7C6D74A6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Yazışma adresi</w:t>
            </w:r>
          </w:p>
        </w:tc>
        <w:tc>
          <w:tcPr>
            <w:tcW w:w="5726" w:type="dxa"/>
          </w:tcPr>
          <w:p w14:paraId="0E20F513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</w:tbl>
    <w:p w14:paraId="786CBB56" w14:textId="77777777" w:rsidR="00BA1B3C" w:rsidRPr="00EE68C2" w:rsidRDefault="00BA1B3C">
      <w:pPr>
        <w:rPr>
          <w:lang w:val="tr-TR"/>
        </w:rPr>
      </w:pPr>
    </w:p>
    <w:p w14:paraId="7E5BC242" w14:textId="77777777" w:rsidR="00BA1B3C" w:rsidRPr="00EE68C2" w:rsidRDefault="007425BC">
      <w:pPr>
        <w:rPr>
          <w:lang w:val="tr-TR"/>
        </w:rPr>
      </w:pPr>
      <w:r w:rsidRPr="00EE68C2">
        <w:rPr>
          <w:b/>
          <w:lang w:val="tr-TR"/>
        </w:rPr>
        <w:t>İkinci yazar (varsa, tez danışmanı)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726"/>
      </w:tblGrid>
      <w:tr w:rsidR="00BA1B3C" w:rsidRPr="00EE68C2" w14:paraId="7C3D05CA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21384D19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 xml:space="preserve">Ad </w:t>
            </w:r>
            <w:proofErr w:type="spellStart"/>
            <w:r w:rsidRPr="00EE68C2">
              <w:rPr>
                <w:sz w:val="21"/>
                <w:lang w:val="tr-TR"/>
              </w:rPr>
              <w:t>Soyad</w:t>
            </w:r>
            <w:proofErr w:type="spellEnd"/>
            <w:r w:rsidRPr="00EE68C2">
              <w:rPr>
                <w:sz w:val="21"/>
                <w:lang w:val="tr-TR"/>
              </w:rPr>
              <w:t xml:space="preserve"> ve unvan</w:t>
            </w:r>
          </w:p>
        </w:tc>
        <w:tc>
          <w:tcPr>
            <w:tcW w:w="5726" w:type="dxa"/>
          </w:tcPr>
          <w:p w14:paraId="07F279F3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40890E29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4C13FE28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Kurum</w:t>
            </w:r>
          </w:p>
        </w:tc>
        <w:tc>
          <w:tcPr>
            <w:tcW w:w="5726" w:type="dxa"/>
          </w:tcPr>
          <w:p w14:paraId="360A3466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50E6A9BE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64F12451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ORCID</w:t>
            </w:r>
          </w:p>
        </w:tc>
        <w:tc>
          <w:tcPr>
            <w:tcW w:w="5726" w:type="dxa"/>
          </w:tcPr>
          <w:p w14:paraId="120B2712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02A49398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3C0AAD73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E-posta</w:t>
            </w:r>
          </w:p>
        </w:tc>
        <w:tc>
          <w:tcPr>
            <w:tcW w:w="5726" w:type="dxa"/>
          </w:tcPr>
          <w:p w14:paraId="00ACDCF0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</w:tbl>
    <w:p w14:paraId="7EBEEEBB" w14:textId="77777777" w:rsidR="00BA1B3C" w:rsidRPr="00EE68C2" w:rsidRDefault="00BA1B3C">
      <w:pPr>
        <w:rPr>
          <w:lang w:val="tr-TR"/>
        </w:rPr>
      </w:pPr>
    </w:p>
    <w:p w14:paraId="7DD97054" w14:textId="77777777" w:rsidR="00BA1B3C" w:rsidRPr="00EE68C2" w:rsidRDefault="007425BC">
      <w:pPr>
        <w:rPr>
          <w:lang w:val="tr-TR"/>
        </w:rPr>
      </w:pPr>
      <w:r w:rsidRPr="00EE68C2">
        <w:rPr>
          <w:b/>
          <w:lang w:val="tr-TR"/>
        </w:rPr>
        <w:t>Üçüncü yazar (varsa, eş danışman)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726"/>
      </w:tblGrid>
      <w:tr w:rsidR="00BA1B3C" w:rsidRPr="00EE68C2" w14:paraId="6C3C56D6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19B749B8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 xml:space="preserve">Ad </w:t>
            </w:r>
            <w:proofErr w:type="spellStart"/>
            <w:r w:rsidRPr="00EE68C2">
              <w:rPr>
                <w:sz w:val="21"/>
                <w:lang w:val="tr-TR"/>
              </w:rPr>
              <w:t>Soyad</w:t>
            </w:r>
            <w:proofErr w:type="spellEnd"/>
            <w:r w:rsidRPr="00EE68C2">
              <w:rPr>
                <w:sz w:val="21"/>
                <w:lang w:val="tr-TR"/>
              </w:rPr>
              <w:t xml:space="preserve"> ve unvan</w:t>
            </w:r>
          </w:p>
        </w:tc>
        <w:tc>
          <w:tcPr>
            <w:tcW w:w="5726" w:type="dxa"/>
          </w:tcPr>
          <w:p w14:paraId="2793CD6B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63A5B8D8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61DC4F32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Kurum</w:t>
            </w:r>
          </w:p>
        </w:tc>
        <w:tc>
          <w:tcPr>
            <w:tcW w:w="5726" w:type="dxa"/>
          </w:tcPr>
          <w:p w14:paraId="5BD709F4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3C25EA59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67B12330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ORCID</w:t>
            </w:r>
          </w:p>
        </w:tc>
        <w:tc>
          <w:tcPr>
            <w:tcW w:w="5726" w:type="dxa"/>
          </w:tcPr>
          <w:p w14:paraId="119FD7C9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4D9DEE90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159C383E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E-posta</w:t>
            </w:r>
          </w:p>
        </w:tc>
        <w:tc>
          <w:tcPr>
            <w:tcW w:w="5726" w:type="dxa"/>
          </w:tcPr>
          <w:p w14:paraId="2526692F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</w:tbl>
    <w:p w14:paraId="3ED5F6E2" w14:textId="77777777" w:rsidR="00BA1B3C" w:rsidRPr="00EE68C2" w:rsidRDefault="00BA1B3C">
      <w:pPr>
        <w:rPr>
          <w:lang w:val="tr-TR"/>
        </w:rPr>
      </w:pPr>
    </w:p>
    <w:p w14:paraId="316D1D82" w14:textId="77777777" w:rsidR="00BA1B3C" w:rsidRPr="00EE68C2" w:rsidRDefault="007425BC">
      <w:pPr>
        <w:keepNext/>
        <w:spacing w:before="240"/>
        <w:rPr>
          <w:lang w:val="tr-TR"/>
        </w:rPr>
      </w:pPr>
      <w:r w:rsidRPr="00EE68C2">
        <w:rPr>
          <w:b/>
          <w:color w:val="1F3A5F"/>
          <w:sz w:val="25"/>
          <w:lang w:val="tr-TR"/>
        </w:rPr>
        <w:t>Tez Künyesi</w:t>
      </w:r>
    </w:p>
    <w:p w14:paraId="4211E329" w14:textId="77777777" w:rsidR="00BA1B3C" w:rsidRPr="00EE68C2" w:rsidRDefault="007425BC">
      <w:pPr>
        <w:rPr>
          <w:lang w:val="tr-TR"/>
        </w:rPr>
      </w:pPr>
      <w:r w:rsidRPr="00EE68C2">
        <w:rPr>
          <w:lang w:val="tr-TR"/>
        </w:rPr>
        <w:t>Bu bilgi, makale yayımlanırken ilk sayfada dipnot olarak yer alacaktır.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726"/>
      </w:tblGrid>
      <w:tr w:rsidR="00BA1B3C" w:rsidRPr="00EE68C2" w14:paraId="4A4C27B8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43447B0E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Tez başlığı</w:t>
            </w:r>
          </w:p>
        </w:tc>
        <w:tc>
          <w:tcPr>
            <w:tcW w:w="5726" w:type="dxa"/>
          </w:tcPr>
          <w:p w14:paraId="353195CA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40579269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669CA6AB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Üniversite ve enstitü</w:t>
            </w:r>
          </w:p>
        </w:tc>
        <w:tc>
          <w:tcPr>
            <w:tcW w:w="5726" w:type="dxa"/>
          </w:tcPr>
          <w:p w14:paraId="22B2CC62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738F2B60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7A989291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Anabilim dalı / program</w:t>
            </w:r>
          </w:p>
        </w:tc>
        <w:tc>
          <w:tcPr>
            <w:tcW w:w="5726" w:type="dxa"/>
          </w:tcPr>
          <w:p w14:paraId="4A3BCF5E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0F38A941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56800719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Tez danışmanı (ve varsa eş danışman)</w:t>
            </w:r>
          </w:p>
        </w:tc>
        <w:tc>
          <w:tcPr>
            <w:tcW w:w="5726" w:type="dxa"/>
          </w:tcPr>
          <w:p w14:paraId="089D2247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63C01440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0BC1E394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Tez savunma tarihi</w:t>
            </w:r>
          </w:p>
        </w:tc>
        <w:tc>
          <w:tcPr>
            <w:tcW w:w="5726" w:type="dxa"/>
          </w:tcPr>
          <w:p w14:paraId="28446AC0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5B911775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5AD5C68C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YÖK Ulusal Tez Merkezi numarası</w:t>
            </w:r>
          </w:p>
        </w:tc>
        <w:tc>
          <w:tcPr>
            <w:tcW w:w="5726" w:type="dxa"/>
          </w:tcPr>
          <w:p w14:paraId="562EC6E5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</w:tbl>
    <w:p w14:paraId="683DBC4B" w14:textId="77777777" w:rsidR="00BA1B3C" w:rsidRPr="00EE68C2" w:rsidRDefault="00BA1B3C">
      <w:pPr>
        <w:rPr>
          <w:lang w:val="tr-TR"/>
        </w:rPr>
      </w:pPr>
    </w:p>
    <w:p w14:paraId="236D6C74" w14:textId="77777777" w:rsidR="00BA1B3C" w:rsidRPr="00EE68C2" w:rsidRDefault="007425BC">
      <w:pPr>
        <w:keepNext/>
        <w:spacing w:before="240"/>
        <w:rPr>
          <w:lang w:val="tr-TR"/>
        </w:rPr>
      </w:pPr>
      <w:r w:rsidRPr="00EE68C2">
        <w:rPr>
          <w:b/>
          <w:color w:val="1F3A5F"/>
          <w:sz w:val="25"/>
          <w:lang w:val="tr-TR"/>
        </w:rPr>
        <w:t>Diğer Bilgiler</w:t>
      </w:r>
    </w:p>
    <w:tbl>
      <w:tblPr>
        <w:tblStyle w:val="TableGrid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3685"/>
        <w:gridCol w:w="5726"/>
      </w:tblGrid>
      <w:tr w:rsidR="00BA1B3C" w:rsidRPr="00EE68C2" w14:paraId="4C1E8460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37E66480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Etik kurul onayı (gerekiyorsa kurul adı, tarih, sayı)</w:t>
            </w:r>
          </w:p>
        </w:tc>
        <w:tc>
          <w:tcPr>
            <w:tcW w:w="5726" w:type="dxa"/>
          </w:tcPr>
          <w:p w14:paraId="1CAA4B7C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1D9368B4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49C936C8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 xml:space="preserve">Finansal destek (varsa kurum ve proje </w:t>
            </w:r>
            <w:proofErr w:type="spellStart"/>
            <w:r w:rsidRPr="00EE68C2">
              <w:rPr>
                <w:sz w:val="21"/>
                <w:lang w:val="tr-TR"/>
              </w:rPr>
              <w:t>no</w:t>
            </w:r>
            <w:proofErr w:type="spellEnd"/>
            <w:r w:rsidRPr="00EE68C2">
              <w:rPr>
                <w:sz w:val="21"/>
                <w:lang w:val="tr-TR"/>
              </w:rPr>
              <w:t>)</w:t>
            </w:r>
          </w:p>
        </w:tc>
        <w:tc>
          <w:tcPr>
            <w:tcW w:w="5726" w:type="dxa"/>
          </w:tcPr>
          <w:p w14:paraId="474783AD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  <w:tr w:rsidR="00BA1B3C" w:rsidRPr="00EE68C2" w14:paraId="68219DD8" w14:textId="77777777">
        <w:trPr>
          <w:trHeight w:val="453"/>
          <w:jc w:val="center"/>
        </w:trPr>
        <w:tc>
          <w:tcPr>
            <w:tcW w:w="3685" w:type="dxa"/>
            <w:shd w:val="clear" w:color="auto" w:fill="F4F6F9"/>
          </w:tcPr>
          <w:p w14:paraId="3B248799" w14:textId="77777777" w:rsidR="00BA1B3C" w:rsidRPr="00EE68C2" w:rsidRDefault="007425BC">
            <w:pPr>
              <w:spacing w:after="40"/>
              <w:rPr>
                <w:lang w:val="tr-TR"/>
              </w:rPr>
            </w:pPr>
            <w:r w:rsidRPr="00EE68C2">
              <w:rPr>
                <w:sz w:val="21"/>
                <w:lang w:val="tr-TR"/>
              </w:rPr>
              <w:t>Teşekkür (isteğe bağlı)</w:t>
            </w:r>
          </w:p>
        </w:tc>
        <w:tc>
          <w:tcPr>
            <w:tcW w:w="5726" w:type="dxa"/>
          </w:tcPr>
          <w:p w14:paraId="0372D9FE" w14:textId="77777777" w:rsidR="00BA1B3C" w:rsidRPr="00EE68C2" w:rsidRDefault="00BA1B3C">
            <w:pPr>
              <w:spacing w:after="40"/>
              <w:rPr>
                <w:lang w:val="tr-TR"/>
              </w:rPr>
            </w:pPr>
          </w:p>
        </w:tc>
      </w:tr>
    </w:tbl>
    <w:p w14:paraId="6CB146A0" w14:textId="77777777" w:rsidR="00BA1B3C" w:rsidRPr="00EE68C2" w:rsidRDefault="00BA1B3C">
      <w:pPr>
        <w:rPr>
          <w:lang w:val="tr-TR"/>
        </w:rPr>
      </w:pPr>
    </w:p>
    <w:p w14:paraId="67EF5C30" w14:textId="77777777" w:rsidR="00BA1B3C" w:rsidRPr="00EE68C2" w:rsidRDefault="007425BC">
      <w:pPr>
        <w:rPr>
          <w:lang w:val="tr-TR"/>
        </w:rPr>
      </w:pPr>
      <w:r w:rsidRPr="00EE68C2">
        <w:rPr>
          <w:b/>
          <w:lang w:val="tr-TR"/>
        </w:rPr>
        <w:t>Başvuru sahibinin imzası:</w:t>
      </w:r>
      <w:r w:rsidRPr="00EE68C2">
        <w:rPr>
          <w:lang w:val="tr-TR"/>
        </w:rPr>
        <w:t xml:space="preserve"> ……………………………………        </w:t>
      </w:r>
      <w:r w:rsidRPr="00EE68C2">
        <w:rPr>
          <w:b/>
          <w:lang w:val="tr-TR"/>
        </w:rPr>
        <w:t>Tarih:</w:t>
      </w:r>
      <w:r w:rsidRPr="00EE68C2">
        <w:rPr>
          <w:lang w:val="tr-TR"/>
        </w:rPr>
        <w:t xml:space="preserve"> ……/……/20……</w:t>
      </w:r>
    </w:p>
    <w:sectPr w:rsidR="00BA1B3C" w:rsidRPr="00EE68C2" w:rsidSect="00C10A54">
      <w:headerReference w:type="default" r:id="rId8"/>
      <w:footerReference w:type="default" r:id="rId9"/>
      <w:pgSz w:w="11906" w:h="16838"/>
      <w:pgMar w:top="1768" w:right="1247" w:bottom="535" w:left="1247" w:header="720" w:footer="23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1AA0DD7" w14:textId="77777777" w:rsidR="007425BC" w:rsidRDefault="007425BC">
      <w:pPr>
        <w:spacing w:after="0" w:line="240" w:lineRule="auto"/>
      </w:pPr>
      <w:r>
        <w:separator/>
      </w:r>
    </w:p>
  </w:endnote>
  <w:endnote w:type="continuationSeparator" w:id="0">
    <w:p w14:paraId="185BB5C7" w14:textId="77777777" w:rsidR="007425BC" w:rsidRDefault="007425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33B8A9" w14:textId="08486FCE" w:rsidR="00BA1B3C" w:rsidRDefault="00BA1B3C">
    <w:pPr>
      <w:pStyle w:val="Footer"/>
      <w:jc w:val="center"/>
      <w:rPr>
        <w:color w:val="666666"/>
        <w:sz w:val="18"/>
      </w:rPr>
    </w:pPr>
  </w:p>
  <w:p w14:paraId="3EC6D016" w14:textId="77777777" w:rsidR="00A33D42" w:rsidRDefault="00A33D42">
    <w:pPr>
      <w:pStyle w:val="Footer"/>
      <w:jc w:val="center"/>
      <w:rPr>
        <w:color w:val="666666"/>
        <w:sz w:val="18"/>
      </w:rPr>
    </w:pPr>
  </w:p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259"/>
      <w:gridCol w:w="4369"/>
    </w:tblGrid>
    <w:tr w:rsidR="00A33D42" w14:paraId="20CCA9A4" w14:textId="77777777" w:rsidTr="00901789">
      <w:tc>
        <w:tcPr>
          <w:tcW w:w="5259" w:type="dxa"/>
        </w:tcPr>
        <w:p w14:paraId="395D80BC" w14:textId="77777777" w:rsidR="00A33D42" w:rsidRDefault="00A33D42" w:rsidP="00A33D42">
          <w:pPr>
            <w:pStyle w:val="Footer"/>
            <w:jc w:val="right"/>
          </w:pPr>
          <w:r w:rsidRPr="00BF5CAD">
            <w:rPr>
              <w:color w:val="666666"/>
              <w:sz w:val="18"/>
            </w:rPr>
            <w:t xml:space="preserve">editor@gusteme.com · </w:t>
          </w:r>
          <w:hyperlink r:id="rId1" w:history="1">
            <w:r w:rsidRPr="002525F0">
              <w:rPr>
                <w:rStyle w:val="Hyperlink"/>
                <w:sz w:val="18"/>
              </w:rPr>
              <w:t>www.gusteme.com</w:t>
            </w:r>
          </w:hyperlink>
        </w:p>
      </w:tc>
      <w:tc>
        <w:tcPr>
          <w:tcW w:w="4369" w:type="dxa"/>
        </w:tcPr>
        <w:p w14:paraId="53207F9E" w14:textId="77777777" w:rsidR="00A33D42" w:rsidRPr="00BF5CAD" w:rsidRDefault="00A33D42" w:rsidP="00A33D42">
          <w:pPr>
            <w:pStyle w:val="Footer"/>
            <w:rPr>
              <w:color w:val="666666"/>
              <w:sz w:val="18"/>
            </w:rPr>
          </w:pPr>
          <w:r w:rsidRPr="00A07D51">
            <w:rPr>
              <w:color w:val="666666"/>
              <w:sz w:val="18"/>
              <w:lang w:val="tr-TR"/>
            </w:rPr>
            <w:t>Genç Araştırmacı Destek Ödülü</w:t>
          </w:r>
        </w:p>
      </w:tc>
    </w:tr>
  </w:tbl>
  <w:p w14:paraId="17231EB3" w14:textId="77777777" w:rsidR="00A33D42" w:rsidRDefault="00A33D42" w:rsidP="00A33D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4C3F2" w14:textId="77777777" w:rsidR="007425BC" w:rsidRDefault="007425BC">
      <w:pPr>
        <w:spacing w:after="0" w:line="240" w:lineRule="auto"/>
      </w:pPr>
      <w:r>
        <w:separator/>
      </w:r>
    </w:p>
  </w:footnote>
  <w:footnote w:type="continuationSeparator" w:id="0">
    <w:p w14:paraId="1E9C0BCD" w14:textId="77777777" w:rsidR="007425BC" w:rsidRDefault="007425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67AF917" w14:textId="27327EF7" w:rsidR="00BA1B3C" w:rsidRPr="004E34DE" w:rsidRDefault="004E34DE" w:rsidP="004E34DE">
    <w:pPr>
      <w:pStyle w:val="Header"/>
      <w:rPr>
        <w:lang w:val="tr-TR"/>
      </w:rPr>
    </w:pPr>
    <w:r>
      <w:rPr>
        <w:noProof/>
        <w:color w:val="666666"/>
        <w:sz w:val="18"/>
        <w:lang w:val="tr-TR"/>
      </w:rPr>
      <w:drawing>
        <wp:inline distT="0" distB="0" distL="0" distR="0" wp14:anchorId="7F7FF81B" wp14:editId="6B5E2728">
          <wp:extent cx="1623695" cy="443705"/>
          <wp:effectExtent l="0" t="0" r="1905" b="1270"/>
          <wp:docPr id="50428547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04285471" name="Picture 50428547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57058" cy="4801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73122747">
    <w:abstractNumId w:val="8"/>
  </w:num>
  <w:num w:numId="2" w16cid:durableId="524486592">
    <w:abstractNumId w:val="6"/>
  </w:num>
  <w:num w:numId="3" w16cid:durableId="1873224527">
    <w:abstractNumId w:val="5"/>
  </w:num>
  <w:num w:numId="4" w16cid:durableId="54354989">
    <w:abstractNumId w:val="4"/>
  </w:num>
  <w:num w:numId="5" w16cid:durableId="1958178879">
    <w:abstractNumId w:val="7"/>
  </w:num>
  <w:num w:numId="6" w16cid:durableId="1836335979">
    <w:abstractNumId w:val="3"/>
  </w:num>
  <w:num w:numId="7" w16cid:durableId="759300567">
    <w:abstractNumId w:val="2"/>
  </w:num>
  <w:num w:numId="8" w16cid:durableId="602540217">
    <w:abstractNumId w:val="1"/>
  </w:num>
  <w:num w:numId="9" w16cid:durableId="173149300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4E34DE"/>
    <w:rsid w:val="007425BC"/>
    <w:rsid w:val="007608AF"/>
    <w:rsid w:val="00886C93"/>
    <w:rsid w:val="00A33D42"/>
    <w:rsid w:val="00AA1D8D"/>
    <w:rsid w:val="00B47730"/>
    <w:rsid w:val="00BA1B3C"/>
    <w:rsid w:val="00C10A54"/>
    <w:rsid w:val="00CB0664"/>
    <w:rsid w:val="00CD4BF2"/>
    <w:rsid w:val="00EE68C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FF04D236-D2CC-8643-81C1-42DE1DE87E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/>
    </w:pPr>
    <w:rPr>
      <w:rFonts w:ascii="Calibri" w:eastAsia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A33D4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ustem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148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991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Microsoft Office User</cp:lastModifiedBy>
  <cp:revision>6</cp:revision>
  <dcterms:created xsi:type="dcterms:W3CDTF">2013-12-23T23:15:00Z</dcterms:created>
  <dcterms:modified xsi:type="dcterms:W3CDTF">2026-10-23T12:20:00Z</dcterms:modified>
  <cp:category/>
</cp:coreProperties>
</file>