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A3AFA3" w14:textId="77777777" w:rsidR="00C235F4" w:rsidRPr="0020456D" w:rsidRDefault="0009106D">
      <w:pPr>
        <w:spacing w:after="280"/>
        <w:jc w:val="center"/>
        <w:rPr>
          <w:lang w:val="tr-TR"/>
        </w:rPr>
      </w:pPr>
      <w:r w:rsidRPr="0020456D">
        <w:rPr>
          <w:b/>
          <w:color w:val="1F3A5F"/>
          <w:sz w:val="32"/>
          <w:lang w:val="tr-TR"/>
        </w:rPr>
        <w:t>Danışman Onay Yazısı</w:t>
      </w:r>
    </w:p>
    <w:p w14:paraId="1595ACBA" w14:textId="5D66FA42" w:rsidR="00C235F4" w:rsidRPr="0020456D" w:rsidRDefault="0009106D">
      <w:pPr>
        <w:rPr>
          <w:lang w:val="tr-TR"/>
        </w:rPr>
      </w:pPr>
      <w:r w:rsidRPr="0020456D">
        <w:rPr>
          <w:lang w:val="tr-TR"/>
        </w:rPr>
        <w:t>Gusteme Editörlüğüne,</w:t>
      </w:r>
    </w:p>
    <w:p w14:paraId="2A100B00" w14:textId="6E4C8E61" w:rsidR="00C235F4" w:rsidRPr="0020456D" w:rsidRDefault="0009106D">
      <w:pPr>
        <w:rPr>
          <w:lang w:val="tr-TR"/>
        </w:rPr>
      </w:pPr>
      <w:r w:rsidRPr="0020456D">
        <w:rPr>
          <w:lang w:val="tr-TR"/>
        </w:rPr>
        <w:t>Yüksek lisans tezini danışman olarak yönettiğim …………………………………… (öğrencinin adı soyadı), …………………………………… Üniversitesi …………………………………… Enstitüsü …………………………………… programında “…………………………………………………………………………” başlıklı tezini ……/……/20…… tarihinde savunarak başarıyla tamamlamıştır.</w:t>
      </w:r>
    </w:p>
    <w:p w14:paraId="4482D804" w14:textId="77777777" w:rsidR="00C235F4" w:rsidRPr="0020456D" w:rsidRDefault="0009106D">
      <w:pPr>
        <w:rPr>
          <w:lang w:val="tr-TR"/>
        </w:rPr>
      </w:pPr>
      <w:r w:rsidRPr="0020456D">
        <w:rPr>
          <w:lang w:val="tr-TR"/>
        </w:rPr>
        <w:t>Gusteme Genç Araştırmacı Destek Ödülü’ne gönderilen “…………………………………………………………………………” başlıklı makalenin bu tezden türetildiğini onaylar, başvuruyu desteklediğimi bildiririm.</w:t>
      </w:r>
    </w:p>
    <w:p w14:paraId="6AA5E333" w14:textId="77777777" w:rsidR="00C235F4" w:rsidRPr="0020456D" w:rsidRDefault="0009106D">
      <w:pPr>
        <w:rPr>
          <w:lang w:val="tr-TR"/>
        </w:rPr>
      </w:pPr>
      <w:r w:rsidRPr="0020456D">
        <w:rPr>
          <w:lang w:val="tr-TR"/>
        </w:rPr>
        <w:t>Makaledeki yazarlık durumum aşağıdaki gibidir (birini işaretleyiniz):</w:t>
      </w:r>
    </w:p>
    <w:p w14:paraId="7909FBE2" w14:textId="77777777" w:rsidR="00C235F4" w:rsidRPr="0020456D" w:rsidRDefault="0009106D">
      <w:pPr>
        <w:ind w:left="454" w:hanging="340"/>
        <w:rPr>
          <w:lang w:val="tr-TR"/>
        </w:rPr>
      </w:pPr>
      <w:proofErr w:type="gramStart"/>
      <w:r w:rsidRPr="0020456D">
        <w:rPr>
          <w:lang w:val="tr-TR"/>
        </w:rPr>
        <w:t>☐  Makalede</w:t>
      </w:r>
      <w:proofErr w:type="gramEnd"/>
      <w:r w:rsidRPr="0020456D">
        <w:rPr>
          <w:lang w:val="tr-TR"/>
        </w:rPr>
        <w:t xml:space="preserve"> yazar olarak yer almıyorum.</w:t>
      </w:r>
    </w:p>
    <w:p w14:paraId="0F10FD92" w14:textId="77777777" w:rsidR="00C235F4" w:rsidRPr="0020456D" w:rsidRDefault="0009106D">
      <w:pPr>
        <w:ind w:left="454" w:hanging="340"/>
        <w:rPr>
          <w:lang w:val="tr-TR"/>
        </w:rPr>
      </w:pPr>
      <w:proofErr w:type="gramStart"/>
      <w:r w:rsidRPr="0020456D">
        <w:rPr>
          <w:lang w:val="tr-TR"/>
        </w:rPr>
        <w:t>☐  Makalede</w:t>
      </w:r>
      <w:proofErr w:type="gramEnd"/>
      <w:r w:rsidRPr="0020456D">
        <w:rPr>
          <w:lang w:val="tr-TR"/>
        </w:rPr>
        <w:t xml:space="preserve"> ikinci yazar olarak yer alıyorum. Genç araştırmacının birinci ve sorumlu yazar olduğunu onaylıyorum.</w:t>
      </w:r>
    </w:p>
    <w:p w14:paraId="19DC963E" w14:textId="09FF14A8" w:rsidR="00C235F4" w:rsidRPr="0020456D" w:rsidRDefault="0009106D">
      <w:pPr>
        <w:rPr>
          <w:lang w:val="tr-TR"/>
        </w:rPr>
      </w:pPr>
      <w:r w:rsidRPr="0020456D">
        <w:rPr>
          <w:lang w:val="tr-TR"/>
        </w:rPr>
        <w:t>Gusteme yayın kurulu veya Gusteme Araştırma Merkezi ile ilişkim (birini işaretleyiniz):</w:t>
      </w:r>
    </w:p>
    <w:p w14:paraId="3E7C97F3" w14:textId="77777777" w:rsidR="00C235F4" w:rsidRPr="0020456D" w:rsidRDefault="0009106D">
      <w:pPr>
        <w:ind w:left="454" w:hanging="340"/>
        <w:rPr>
          <w:lang w:val="tr-TR"/>
        </w:rPr>
      </w:pPr>
      <w:proofErr w:type="gramStart"/>
      <w:r w:rsidRPr="0020456D">
        <w:rPr>
          <w:lang w:val="tr-TR"/>
        </w:rPr>
        <w:t>☐  Bulunmamaktadır</w:t>
      </w:r>
      <w:proofErr w:type="gramEnd"/>
      <w:r w:rsidRPr="0020456D">
        <w:rPr>
          <w:lang w:val="tr-TR"/>
        </w:rPr>
        <w:t>.</w:t>
      </w:r>
    </w:p>
    <w:p w14:paraId="4CDE0D6F" w14:textId="77777777" w:rsidR="00C235F4" w:rsidRPr="0020456D" w:rsidRDefault="0009106D">
      <w:pPr>
        <w:ind w:left="454" w:hanging="340"/>
        <w:rPr>
          <w:lang w:val="tr-TR"/>
        </w:rPr>
      </w:pPr>
      <w:proofErr w:type="gramStart"/>
      <w:r w:rsidRPr="0020456D">
        <w:rPr>
          <w:lang w:val="tr-TR"/>
        </w:rPr>
        <w:t>☐  Bulunmaktadır</w:t>
      </w:r>
      <w:proofErr w:type="gramEnd"/>
      <w:r w:rsidRPr="0020456D">
        <w:rPr>
          <w:lang w:val="tr-TR"/>
        </w:rPr>
        <w:t>. Görevim: ……………………………………</w:t>
      </w:r>
    </w:p>
    <w:p w14:paraId="7DB63216" w14:textId="77777777" w:rsidR="00C235F4" w:rsidRPr="0020456D" w:rsidRDefault="0009106D">
      <w:pPr>
        <w:rPr>
          <w:lang w:val="tr-TR"/>
        </w:rPr>
      </w:pPr>
      <w:r w:rsidRPr="0020456D">
        <w:rPr>
          <w:lang w:val="tr-TR"/>
        </w:rPr>
        <w:t>Bilgilerinize arz ederim.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C235F4" w:rsidRPr="0020456D" w14:paraId="66AD1CFA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51AC833B" w14:textId="77777777" w:rsidR="00C235F4" w:rsidRPr="0020456D" w:rsidRDefault="0009106D">
            <w:pPr>
              <w:spacing w:after="40"/>
              <w:rPr>
                <w:lang w:val="tr-TR"/>
              </w:rPr>
            </w:pPr>
            <w:r w:rsidRPr="0020456D">
              <w:rPr>
                <w:sz w:val="21"/>
                <w:lang w:val="tr-TR"/>
              </w:rPr>
              <w:t>Danışmanın unvanı, adı soyadı</w:t>
            </w:r>
          </w:p>
        </w:tc>
        <w:tc>
          <w:tcPr>
            <w:tcW w:w="5726" w:type="dxa"/>
          </w:tcPr>
          <w:p w14:paraId="62335768" w14:textId="77777777" w:rsidR="00C235F4" w:rsidRPr="0020456D" w:rsidRDefault="00C235F4">
            <w:pPr>
              <w:spacing w:after="40"/>
              <w:rPr>
                <w:lang w:val="tr-TR"/>
              </w:rPr>
            </w:pPr>
          </w:p>
        </w:tc>
      </w:tr>
      <w:tr w:rsidR="00C235F4" w:rsidRPr="0020456D" w14:paraId="64F06A62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A3D87C0" w14:textId="77777777" w:rsidR="00C235F4" w:rsidRPr="0020456D" w:rsidRDefault="0009106D">
            <w:pPr>
              <w:spacing w:after="40"/>
              <w:rPr>
                <w:lang w:val="tr-TR"/>
              </w:rPr>
            </w:pPr>
            <w:r w:rsidRPr="0020456D">
              <w:rPr>
                <w:sz w:val="21"/>
                <w:lang w:val="tr-TR"/>
              </w:rPr>
              <w:t>Kurum ve bölüm</w:t>
            </w:r>
          </w:p>
        </w:tc>
        <w:tc>
          <w:tcPr>
            <w:tcW w:w="5726" w:type="dxa"/>
          </w:tcPr>
          <w:p w14:paraId="458D9DED" w14:textId="77777777" w:rsidR="00C235F4" w:rsidRPr="0020456D" w:rsidRDefault="00C235F4">
            <w:pPr>
              <w:spacing w:after="40"/>
              <w:rPr>
                <w:lang w:val="tr-TR"/>
              </w:rPr>
            </w:pPr>
          </w:p>
        </w:tc>
      </w:tr>
      <w:tr w:rsidR="00C235F4" w:rsidRPr="0020456D" w14:paraId="4ED127B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762E10E8" w14:textId="77777777" w:rsidR="00C235F4" w:rsidRPr="0020456D" w:rsidRDefault="0009106D">
            <w:pPr>
              <w:spacing w:after="40"/>
              <w:rPr>
                <w:lang w:val="tr-TR"/>
              </w:rPr>
            </w:pPr>
            <w:r w:rsidRPr="0020456D">
              <w:rPr>
                <w:sz w:val="21"/>
                <w:lang w:val="tr-TR"/>
              </w:rPr>
              <w:t>E-posta</w:t>
            </w:r>
          </w:p>
        </w:tc>
        <w:tc>
          <w:tcPr>
            <w:tcW w:w="5726" w:type="dxa"/>
          </w:tcPr>
          <w:p w14:paraId="604B9648" w14:textId="77777777" w:rsidR="00C235F4" w:rsidRPr="0020456D" w:rsidRDefault="00C235F4">
            <w:pPr>
              <w:spacing w:after="40"/>
              <w:rPr>
                <w:lang w:val="tr-TR"/>
              </w:rPr>
            </w:pPr>
          </w:p>
        </w:tc>
      </w:tr>
      <w:tr w:rsidR="00C235F4" w:rsidRPr="0020456D" w14:paraId="36A6ECFE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8EC7B7B" w14:textId="77777777" w:rsidR="00C235F4" w:rsidRPr="0020456D" w:rsidRDefault="0009106D">
            <w:pPr>
              <w:spacing w:after="40"/>
              <w:rPr>
                <w:lang w:val="tr-TR"/>
              </w:rPr>
            </w:pPr>
            <w:r w:rsidRPr="0020456D">
              <w:rPr>
                <w:sz w:val="21"/>
                <w:lang w:val="tr-TR"/>
              </w:rPr>
              <w:t>Tarih</w:t>
            </w:r>
          </w:p>
        </w:tc>
        <w:tc>
          <w:tcPr>
            <w:tcW w:w="5726" w:type="dxa"/>
          </w:tcPr>
          <w:p w14:paraId="3349F0C8" w14:textId="77777777" w:rsidR="00C235F4" w:rsidRPr="0020456D" w:rsidRDefault="00C235F4">
            <w:pPr>
              <w:spacing w:after="40"/>
              <w:rPr>
                <w:lang w:val="tr-TR"/>
              </w:rPr>
            </w:pPr>
          </w:p>
        </w:tc>
      </w:tr>
      <w:tr w:rsidR="00C235F4" w:rsidRPr="0020456D" w14:paraId="318295E3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3CDE98ED" w14:textId="77777777" w:rsidR="00C235F4" w:rsidRPr="0020456D" w:rsidRDefault="0009106D">
            <w:pPr>
              <w:spacing w:after="40"/>
              <w:rPr>
                <w:lang w:val="tr-TR"/>
              </w:rPr>
            </w:pPr>
            <w:r w:rsidRPr="0020456D">
              <w:rPr>
                <w:sz w:val="21"/>
                <w:lang w:val="tr-TR"/>
              </w:rPr>
              <w:t>İmza</w:t>
            </w:r>
          </w:p>
        </w:tc>
        <w:tc>
          <w:tcPr>
            <w:tcW w:w="5726" w:type="dxa"/>
          </w:tcPr>
          <w:p w14:paraId="429D8EF8" w14:textId="77777777" w:rsidR="00C235F4" w:rsidRPr="0020456D" w:rsidRDefault="00C235F4">
            <w:pPr>
              <w:spacing w:after="40"/>
              <w:rPr>
                <w:lang w:val="tr-TR"/>
              </w:rPr>
            </w:pPr>
          </w:p>
        </w:tc>
      </w:tr>
    </w:tbl>
    <w:p w14:paraId="627B866E" w14:textId="6C10E1F2" w:rsidR="00C235F4" w:rsidRPr="0020456D" w:rsidRDefault="00C235F4">
      <w:pPr>
        <w:rPr>
          <w:lang w:val="tr-TR"/>
        </w:rPr>
      </w:pPr>
    </w:p>
    <w:sectPr w:rsidR="00C235F4" w:rsidRPr="0020456D" w:rsidSect="00876A29">
      <w:headerReference w:type="default" r:id="rId8"/>
      <w:footerReference w:type="default" r:id="rId9"/>
      <w:pgSz w:w="11906" w:h="16838"/>
      <w:pgMar w:top="1926" w:right="1247" w:bottom="1134" w:left="1247" w:header="720" w:footer="1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2E1E4" w14:textId="77777777" w:rsidR="003D4AD6" w:rsidRDefault="003D4AD6">
      <w:pPr>
        <w:spacing w:after="0" w:line="240" w:lineRule="auto"/>
      </w:pPr>
      <w:r>
        <w:separator/>
      </w:r>
    </w:p>
  </w:endnote>
  <w:endnote w:type="continuationSeparator" w:id="0">
    <w:p w14:paraId="18795E00" w14:textId="77777777" w:rsidR="003D4AD6" w:rsidRDefault="003D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F666F" w14:textId="6CB18F78" w:rsidR="00C235F4" w:rsidRDefault="00C235F4">
    <w:pPr>
      <w:pStyle w:val="Footer"/>
      <w:jc w:val="center"/>
    </w:pPr>
  </w:p>
  <w:p w14:paraId="7513994C" w14:textId="77777777" w:rsidR="0014387B" w:rsidRDefault="0014387B">
    <w:pPr>
      <w:pStyle w:val="Foot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9"/>
      <w:gridCol w:w="4369"/>
    </w:tblGrid>
    <w:tr w:rsidR="0014387B" w14:paraId="62694867" w14:textId="77777777" w:rsidTr="00901789">
      <w:tc>
        <w:tcPr>
          <w:tcW w:w="5259" w:type="dxa"/>
        </w:tcPr>
        <w:p w14:paraId="6B62D10F" w14:textId="77777777" w:rsidR="0014387B" w:rsidRDefault="0014387B" w:rsidP="0014387B">
          <w:pPr>
            <w:pStyle w:val="Footer"/>
            <w:jc w:val="right"/>
          </w:pPr>
          <w:r w:rsidRPr="00BF5CAD">
            <w:rPr>
              <w:color w:val="666666"/>
              <w:sz w:val="18"/>
            </w:rPr>
            <w:t xml:space="preserve">editor@gusteme.com · </w:t>
          </w:r>
          <w:hyperlink r:id="rId1" w:history="1">
            <w:r w:rsidRPr="002525F0">
              <w:rPr>
                <w:rStyle w:val="Hyperlink"/>
                <w:sz w:val="18"/>
              </w:rPr>
              <w:t>www.gusteme.com</w:t>
            </w:r>
          </w:hyperlink>
        </w:p>
      </w:tc>
      <w:tc>
        <w:tcPr>
          <w:tcW w:w="4369" w:type="dxa"/>
        </w:tcPr>
        <w:p w14:paraId="48FB0E88" w14:textId="77777777" w:rsidR="0014387B" w:rsidRPr="00BF5CAD" w:rsidRDefault="0014387B" w:rsidP="0014387B">
          <w:pPr>
            <w:pStyle w:val="Footer"/>
            <w:rPr>
              <w:color w:val="666666"/>
              <w:sz w:val="18"/>
            </w:rPr>
          </w:pPr>
          <w:r w:rsidRPr="00A07D51">
            <w:rPr>
              <w:color w:val="666666"/>
              <w:sz w:val="18"/>
              <w:lang w:val="tr-TR"/>
            </w:rPr>
            <w:t>Genç Araştırmacı Destek Ödülü</w:t>
          </w:r>
        </w:p>
      </w:tc>
    </w:tr>
  </w:tbl>
  <w:p w14:paraId="1DCA0D09" w14:textId="77777777" w:rsidR="0014387B" w:rsidRDefault="0014387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9482D6" w14:textId="77777777" w:rsidR="003D4AD6" w:rsidRDefault="003D4AD6">
      <w:pPr>
        <w:spacing w:after="0" w:line="240" w:lineRule="auto"/>
      </w:pPr>
      <w:r>
        <w:separator/>
      </w:r>
    </w:p>
  </w:footnote>
  <w:footnote w:type="continuationSeparator" w:id="0">
    <w:p w14:paraId="6A63D3E6" w14:textId="77777777" w:rsidR="003D4AD6" w:rsidRDefault="003D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95599D" w14:textId="67B3D989" w:rsidR="00C235F4" w:rsidRPr="00C839C6" w:rsidRDefault="00876A29" w:rsidP="00876A29">
    <w:pPr>
      <w:pStyle w:val="Header"/>
      <w:rPr>
        <w:lang w:val="tr-TR"/>
      </w:rPr>
    </w:pPr>
    <w:r>
      <w:rPr>
        <w:noProof/>
        <w:color w:val="666666"/>
        <w:sz w:val="18"/>
        <w:lang w:val="tr-TR"/>
      </w:rPr>
      <w:drawing>
        <wp:inline distT="0" distB="0" distL="0" distR="0" wp14:anchorId="79AD5939" wp14:editId="0A44D499">
          <wp:extent cx="1623695" cy="443705"/>
          <wp:effectExtent l="0" t="0" r="1905" b="1270"/>
          <wp:docPr id="504285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285471" name="Picture 5042854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7058" cy="480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9189234">
    <w:abstractNumId w:val="8"/>
  </w:num>
  <w:num w:numId="2" w16cid:durableId="149371654">
    <w:abstractNumId w:val="6"/>
  </w:num>
  <w:num w:numId="3" w16cid:durableId="1300650060">
    <w:abstractNumId w:val="5"/>
  </w:num>
  <w:num w:numId="4" w16cid:durableId="523397700">
    <w:abstractNumId w:val="4"/>
  </w:num>
  <w:num w:numId="5" w16cid:durableId="288823320">
    <w:abstractNumId w:val="7"/>
  </w:num>
  <w:num w:numId="6" w16cid:durableId="975573463">
    <w:abstractNumId w:val="3"/>
  </w:num>
  <w:num w:numId="7" w16cid:durableId="151873035">
    <w:abstractNumId w:val="2"/>
  </w:num>
  <w:num w:numId="8" w16cid:durableId="1599480451">
    <w:abstractNumId w:val="1"/>
  </w:num>
  <w:num w:numId="9" w16cid:durableId="15526885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06D"/>
    <w:rsid w:val="0014387B"/>
    <w:rsid w:val="0015074B"/>
    <w:rsid w:val="0020456D"/>
    <w:rsid w:val="0029639D"/>
    <w:rsid w:val="00326F90"/>
    <w:rsid w:val="003D4AD6"/>
    <w:rsid w:val="00876A29"/>
    <w:rsid w:val="00886C93"/>
    <w:rsid w:val="00A0120B"/>
    <w:rsid w:val="00AA1D8D"/>
    <w:rsid w:val="00B47730"/>
    <w:rsid w:val="00C235F4"/>
    <w:rsid w:val="00C839C6"/>
    <w:rsid w:val="00CB0664"/>
    <w:rsid w:val="00FC693F"/>
    <w:rsid w:val="00F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F04D236-D2CC-8643-81C1-42DE1DE8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43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stem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8</cp:revision>
  <dcterms:created xsi:type="dcterms:W3CDTF">2013-12-23T23:15:00Z</dcterms:created>
  <dcterms:modified xsi:type="dcterms:W3CDTF">2026-10-23T12:21:00Z</dcterms:modified>
  <cp:category/>
</cp:coreProperties>
</file>