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8591EC" w14:textId="77777777" w:rsidR="00ED026D" w:rsidRDefault="00E763B8">
      <w:pPr>
        <w:spacing w:after="280"/>
        <w:jc w:val="center"/>
      </w:pPr>
      <w:r>
        <w:rPr>
          <w:b/>
          <w:color w:val="1F3A5F"/>
          <w:sz w:val="32"/>
        </w:rPr>
        <w:t>Yazar Katkı ve Çıkar Çatışması Beyanı</w:t>
      </w:r>
    </w:p>
    <w:p w14:paraId="013BDBBD" w14:textId="77777777" w:rsidR="00ED026D" w:rsidRDefault="00E763B8">
      <w:r>
        <w:rPr>
          <w:b/>
        </w:rPr>
        <w:t>Makale başlığı:</w:t>
      </w:r>
      <w:r>
        <w:t xml:space="preserve"> …………………………………………………………………………</w:t>
      </w:r>
    </w:p>
    <w:p w14:paraId="70699356" w14:textId="77777777" w:rsidR="00ED026D" w:rsidRDefault="00E763B8">
      <w:pPr>
        <w:keepNext/>
        <w:spacing w:before="240"/>
      </w:pPr>
      <w:r>
        <w:rPr>
          <w:b/>
          <w:color w:val="1F3A5F"/>
          <w:sz w:val="25"/>
        </w:rPr>
        <w:t>Yazar Katkı Beyanı (CRediT)</w:t>
      </w:r>
    </w:p>
    <w:p w14:paraId="1D46347E" w14:textId="77777777" w:rsidR="00ED026D" w:rsidRDefault="00E763B8">
      <w:r>
        <w:t>Her yazarın katkı verdiği rolleri “X” ile işaretleyiniz. Tek yazarlı makalelerde yalnızca birinci sütun doldurulur.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814"/>
        <w:gridCol w:w="1814"/>
        <w:gridCol w:w="1814"/>
      </w:tblGrid>
      <w:tr w:rsidR="00ED026D" w14:paraId="414D93C8" w14:textId="77777777">
        <w:trPr>
          <w:trHeight w:val="368"/>
          <w:jc w:val="center"/>
        </w:trPr>
        <w:tc>
          <w:tcPr>
            <w:tcW w:w="3969" w:type="dxa"/>
            <w:shd w:val="clear" w:color="auto" w:fill="E8EEF5"/>
          </w:tcPr>
          <w:p w14:paraId="29589A85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Rol</w:t>
            </w:r>
          </w:p>
        </w:tc>
        <w:tc>
          <w:tcPr>
            <w:tcW w:w="1814" w:type="dxa"/>
            <w:shd w:val="clear" w:color="auto" w:fill="E8EEF5"/>
          </w:tcPr>
          <w:p w14:paraId="472CA480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Birinci yazar</w:t>
            </w:r>
          </w:p>
        </w:tc>
        <w:tc>
          <w:tcPr>
            <w:tcW w:w="1814" w:type="dxa"/>
            <w:shd w:val="clear" w:color="auto" w:fill="E8EEF5"/>
          </w:tcPr>
          <w:p w14:paraId="16AFA795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İkinci yazar</w:t>
            </w:r>
          </w:p>
        </w:tc>
        <w:tc>
          <w:tcPr>
            <w:tcW w:w="1814" w:type="dxa"/>
            <w:shd w:val="clear" w:color="auto" w:fill="E8EEF5"/>
          </w:tcPr>
          <w:p w14:paraId="6BBCB3E0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Üçüncü yazar</w:t>
            </w:r>
          </w:p>
        </w:tc>
      </w:tr>
      <w:tr w:rsidR="00ED026D" w14:paraId="03E70362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582B3FCA" w14:textId="77777777" w:rsidR="00ED026D" w:rsidRDefault="00E763B8">
            <w:pPr>
              <w:spacing w:after="40"/>
            </w:pPr>
            <w:r>
              <w:rPr>
                <w:sz w:val="21"/>
              </w:rPr>
              <w:t>Kavramsallaştırma</w:t>
            </w:r>
          </w:p>
        </w:tc>
        <w:tc>
          <w:tcPr>
            <w:tcW w:w="1814" w:type="dxa"/>
          </w:tcPr>
          <w:p w14:paraId="0E3B03F3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09133368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40A7E41D" w14:textId="77777777" w:rsidR="00ED026D" w:rsidRDefault="00ED026D">
            <w:pPr>
              <w:spacing w:after="40"/>
            </w:pPr>
          </w:p>
        </w:tc>
      </w:tr>
      <w:tr w:rsidR="00ED026D" w14:paraId="0830E7A0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507967B8" w14:textId="77777777" w:rsidR="00ED026D" w:rsidRDefault="00E763B8">
            <w:pPr>
              <w:spacing w:after="40"/>
            </w:pPr>
            <w:r>
              <w:rPr>
                <w:sz w:val="21"/>
              </w:rPr>
              <w:t>Yöntem</w:t>
            </w:r>
          </w:p>
        </w:tc>
        <w:tc>
          <w:tcPr>
            <w:tcW w:w="1814" w:type="dxa"/>
          </w:tcPr>
          <w:p w14:paraId="5C8CE29F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23DED35E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365F7C50" w14:textId="77777777" w:rsidR="00ED026D" w:rsidRDefault="00ED026D">
            <w:pPr>
              <w:spacing w:after="40"/>
            </w:pPr>
          </w:p>
        </w:tc>
      </w:tr>
      <w:tr w:rsidR="00ED026D" w14:paraId="0A6C1FF8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5732A171" w14:textId="77777777" w:rsidR="00ED026D" w:rsidRDefault="00E763B8">
            <w:pPr>
              <w:spacing w:after="40"/>
            </w:pPr>
            <w:r>
              <w:rPr>
                <w:sz w:val="21"/>
              </w:rPr>
              <w:t>Veri toplama / saha çalışması</w:t>
            </w:r>
          </w:p>
        </w:tc>
        <w:tc>
          <w:tcPr>
            <w:tcW w:w="1814" w:type="dxa"/>
          </w:tcPr>
          <w:p w14:paraId="4C684E5B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5892DEE3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157D7E8A" w14:textId="77777777" w:rsidR="00ED026D" w:rsidRDefault="00ED026D">
            <w:pPr>
              <w:spacing w:after="40"/>
            </w:pPr>
          </w:p>
        </w:tc>
      </w:tr>
      <w:tr w:rsidR="00ED026D" w14:paraId="0E22F1DD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71132A88" w14:textId="77777777" w:rsidR="00ED026D" w:rsidRDefault="00E763B8">
            <w:pPr>
              <w:spacing w:after="40"/>
            </w:pPr>
            <w:r>
              <w:rPr>
                <w:sz w:val="21"/>
              </w:rPr>
              <w:t>Analiz</w:t>
            </w:r>
          </w:p>
        </w:tc>
        <w:tc>
          <w:tcPr>
            <w:tcW w:w="1814" w:type="dxa"/>
          </w:tcPr>
          <w:p w14:paraId="0753A184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2E67ED0B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63FD794A" w14:textId="77777777" w:rsidR="00ED026D" w:rsidRDefault="00ED026D">
            <w:pPr>
              <w:spacing w:after="40"/>
            </w:pPr>
          </w:p>
        </w:tc>
      </w:tr>
      <w:tr w:rsidR="00ED026D" w14:paraId="701C1DF4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6DA566ED" w14:textId="77777777" w:rsidR="00ED026D" w:rsidRDefault="00E763B8">
            <w:pPr>
              <w:spacing w:after="40"/>
            </w:pPr>
            <w:r>
              <w:rPr>
                <w:sz w:val="21"/>
              </w:rPr>
              <w:t>Araştırma (inceleme)</w:t>
            </w:r>
          </w:p>
        </w:tc>
        <w:tc>
          <w:tcPr>
            <w:tcW w:w="1814" w:type="dxa"/>
          </w:tcPr>
          <w:p w14:paraId="7D6A8269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7A1A0122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52AA7374" w14:textId="77777777" w:rsidR="00ED026D" w:rsidRDefault="00ED026D">
            <w:pPr>
              <w:spacing w:after="40"/>
            </w:pPr>
          </w:p>
        </w:tc>
      </w:tr>
      <w:tr w:rsidR="00ED026D" w14:paraId="4E5599FE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01B5FA4D" w14:textId="77777777" w:rsidR="00ED026D" w:rsidRDefault="00E763B8">
            <w:pPr>
              <w:spacing w:after="40"/>
            </w:pPr>
            <w:r>
              <w:rPr>
                <w:sz w:val="21"/>
              </w:rPr>
              <w:t>Kaynaklar</w:t>
            </w:r>
          </w:p>
        </w:tc>
        <w:tc>
          <w:tcPr>
            <w:tcW w:w="1814" w:type="dxa"/>
          </w:tcPr>
          <w:p w14:paraId="3D501B96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453F2B80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2374AE76" w14:textId="77777777" w:rsidR="00ED026D" w:rsidRDefault="00ED026D">
            <w:pPr>
              <w:spacing w:after="40"/>
            </w:pPr>
          </w:p>
        </w:tc>
      </w:tr>
      <w:tr w:rsidR="00ED026D" w14:paraId="5B145E6A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450176CC" w14:textId="77777777" w:rsidR="00ED026D" w:rsidRDefault="00E763B8">
            <w:pPr>
              <w:spacing w:after="40"/>
            </w:pPr>
            <w:r>
              <w:rPr>
                <w:sz w:val="21"/>
              </w:rPr>
              <w:t>Yazım – ilk taslak</w:t>
            </w:r>
          </w:p>
        </w:tc>
        <w:tc>
          <w:tcPr>
            <w:tcW w:w="1814" w:type="dxa"/>
          </w:tcPr>
          <w:p w14:paraId="64373B8F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35F4D9C8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0D5398AA" w14:textId="77777777" w:rsidR="00ED026D" w:rsidRDefault="00ED026D">
            <w:pPr>
              <w:spacing w:after="40"/>
            </w:pPr>
          </w:p>
        </w:tc>
      </w:tr>
      <w:tr w:rsidR="00ED026D" w14:paraId="7803F510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3776EC3D" w14:textId="77777777" w:rsidR="00ED026D" w:rsidRDefault="00E763B8">
            <w:pPr>
              <w:spacing w:after="40"/>
            </w:pPr>
            <w:r>
              <w:rPr>
                <w:sz w:val="21"/>
              </w:rPr>
              <w:t>Yazım – gözden geçirme ve düzenleme</w:t>
            </w:r>
          </w:p>
        </w:tc>
        <w:tc>
          <w:tcPr>
            <w:tcW w:w="1814" w:type="dxa"/>
          </w:tcPr>
          <w:p w14:paraId="6851B0EE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20FD9353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3B098A1B" w14:textId="77777777" w:rsidR="00ED026D" w:rsidRDefault="00ED026D">
            <w:pPr>
              <w:spacing w:after="40"/>
            </w:pPr>
          </w:p>
        </w:tc>
      </w:tr>
      <w:tr w:rsidR="00ED026D" w14:paraId="247820E4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4ADD5D0D" w14:textId="77777777" w:rsidR="00ED026D" w:rsidRDefault="00E763B8">
            <w:pPr>
              <w:spacing w:after="40"/>
            </w:pPr>
            <w:r>
              <w:rPr>
                <w:sz w:val="21"/>
              </w:rPr>
              <w:t>Görselleştirme</w:t>
            </w:r>
          </w:p>
        </w:tc>
        <w:tc>
          <w:tcPr>
            <w:tcW w:w="1814" w:type="dxa"/>
          </w:tcPr>
          <w:p w14:paraId="29478754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381F5F8F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26A1B3B6" w14:textId="77777777" w:rsidR="00ED026D" w:rsidRDefault="00ED026D">
            <w:pPr>
              <w:spacing w:after="40"/>
            </w:pPr>
          </w:p>
        </w:tc>
      </w:tr>
      <w:tr w:rsidR="00ED026D" w14:paraId="245EC667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2F928127" w14:textId="77777777" w:rsidR="00ED026D" w:rsidRDefault="00E763B8">
            <w:pPr>
              <w:spacing w:after="40"/>
            </w:pPr>
            <w:r>
              <w:rPr>
                <w:sz w:val="21"/>
              </w:rPr>
              <w:t>Danışmanlık / denetim</w:t>
            </w:r>
          </w:p>
        </w:tc>
        <w:tc>
          <w:tcPr>
            <w:tcW w:w="1814" w:type="dxa"/>
          </w:tcPr>
          <w:p w14:paraId="22718318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77BF05F5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76548AD3" w14:textId="77777777" w:rsidR="00ED026D" w:rsidRDefault="00ED026D">
            <w:pPr>
              <w:spacing w:after="40"/>
            </w:pPr>
          </w:p>
        </w:tc>
      </w:tr>
      <w:tr w:rsidR="00ED026D" w14:paraId="42BF8232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62EE19BC" w14:textId="77777777" w:rsidR="00ED026D" w:rsidRDefault="00E763B8">
            <w:pPr>
              <w:spacing w:after="40"/>
            </w:pPr>
            <w:r>
              <w:rPr>
                <w:sz w:val="21"/>
              </w:rPr>
              <w:t>Proje yönetimi</w:t>
            </w:r>
          </w:p>
        </w:tc>
        <w:tc>
          <w:tcPr>
            <w:tcW w:w="1814" w:type="dxa"/>
          </w:tcPr>
          <w:p w14:paraId="635E239A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2D88B0C6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6FF26FFF" w14:textId="77777777" w:rsidR="00ED026D" w:rsidRDefault="00ED026D">
            <w:pPr>
              <w:spacing w:after="40"/>
            </w:pPr>
          </w:p>
        </w:tc>
      </w:tr>
      <w:tr w:rsidR="00ED026D" w14:paraId="46ECA3F6" w14:textId="77777777">
        <w:trPr>
          <w:trHeight w:val="368"/>
          <w:jc w:val="center"/>
        </w:trPr>
        <w:tc>
          <w:tcPr>
            <w:tcW w:w="3969" w:type="dxa"/>
            <w:shd w:val="clear" w:color="auto" w:fill="F4F6F9"/>
          </w:tcPr>
          <w:p w14:paraId="47F29C0B" w14:textId="77777777" w:rsidR="00ED026D" w:rsidRDefault="00E763B8">
            <w:pPr>
              <w:spacing w:after="40"/>
            </w:pPr>
            <w:r>
              <w:rPr>
                <w:sz w:val="21"/>
              </w:rPr>
              <w:t>Finansman edinme</w:t>
            </w:r>
          </w:p>
        </w:tc>
        <w:tc>
          <w:tcPr>
            <w:tcW w:w="1814" w:type="dxa"/>
          </w:tcPr>
          <w:p w14:paraId="415930B5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15AE5A03" w14:textId="77777777" w:rsidR="00ED026D" w:rsidRDefault="00ED026D">
            <w:pPr>
              <w:spacing w:after="40"/>
            </w:pPr>
          </w:p>
        </w:tc>
        <w:tc>
          <w:tcPr>
            <w:tcW w:w="1814" w:type="dxa"/>
          </w:tcPr>
          <w:p w14:paraId="5CBFD8CA" w14:textId="77777777" w:rsidR="00ED026D" w:rsidRDefault="00ED026D">
            <w:pPr>
              <w:spacing w:after="40"/>
            </w:pPr>
          </w:p>
        </w:tc>
      </w:tr>
    </w:tbl>
    <w:p w14:paraId="7F5AE164" w14:textId="77777777" w:rsidR="00ED026D" w:rsidRDefault="00ED026D"/>
    <w:p w14:paraId="5C85AF0A" w14:textId="77777777" w:rsidR="00ED026D" w:rsidRDefault="00E763B8">
      <w:r>
        <w:t>Genç araştırmacının en az “Kavramsallaştırma”, “Veri toplama” ve “Yazım – ilk taslak” rollerinde yer alması beklenir.</w:t>
      </w:r>
    </w:p>
    <w:p w14:paraId="0F98FA43" w14:textId="77777777" w:rsidR="00ED026D" w:rsidRDefault="00E763B8">
      <w:pPr>
        <w:keepNext/>
        <w:spacing w:before="240"/>
      </w:pPr>
      <w:r>
        <w:rPr>
          <w:b/>
          <w:color w:val="1F3A5F"/>
          <w:sz w:val="25"/>
        </w:rPr>
        <w:t>Çıkar Çatışması Beyanı</w:t>
      </w:r>
    </w:p>
    <w:p w14:paraId="7AC597D4" w14:textId="77777777" w:rsidR="00ED026D" w:rsidRDefault="00E763B8">
      <w:r>
        <w:t>Birini işaretleyiniz:</w:t>
      </w:r>
    </w:p>
    <w:p w14:paraId="095EA8C3" w14:textId="77777777" w:rsidR="00ED026D" w:rsidRDefault="00E763B8">
      <w:pPr>
        <w:ind w:left="454" w:hanging="340"/>
      </w:pPr>
      <w:r>
        <w:t>☐</w:t>
      </w:r>
      <w:r>
        <w:t xml:space="preserve">  Yazarlar arasında ve yazarlar ile başka kişi veya kurumlar arasında bu çalışmayla ilgili herhangi bir çıkar çatışması bulunmamaktadır.</w:t>
      </w:r>
    </w:p>
    <w:p w14:paraId="0F7D075A" w14:textId="77777777" w:rsidR="00ED026D" w:rsidRDefault="00E763B8">
      <w:pPr>
        <w:ind w:left="454" w:hanging="340"/>
      </w:pPr>
      <w:r>
        <w:t>☐</w:t>
      </w:r>
      <w:r>
        <w:t xml:space="preserve">  Aşağıda belirtilen çıkar çatışması bulunmaktadır:</w:t>
      </w:r>
    </w:p>
    <w:p w14:paraId="4A8FB840" w14:textId="77777777" w:rsidR="00ED026D" w:rsidRDefault="00E763B8">
      <w:r>
        <w:t>………………………………………………………………………………………………………………</w:t>
      </w:r>
    </w:p>
    <w:p w14:paraId="069C3DB4" w14:textId="5639C272" w:rsidR="00ED026D" w:rsidRDefault="00E763B8">
      <w:r>
        <w:t xml:space="preserve">Yazarlardan biri Gusteme </w:t>
      </w:r>
      <w:proofErr w:type="spellStart"/>
      <w:r>
        <w:t>yayın</w:t>
      </w:r>
      <w:proofErr w:type="spellEnd"/>
      <w:r>
        <w:t xml:space="preserve"> kurulunda veya Gusteme Araştırma Merkezi’nde görev alıyorsa bu durum burada belirtilmelidir.</w:t>
      </w:r>
    </w:p>
    <w:p w14:paraId="32F7DCB0" w14:textId="77777777" w:rsidR="00ED026D" w:rsidRDefault="00E763B8">
      <w:pPr>
        <w:keepNext/>
        <w:spacing w:before="240"/>
      </w:pPr>
      <w:r>
        <w:rPr>
          <w:b/>
          <w:color w:val="1F3A5F"/>
          <w:sz w:val="25"/>
        </w:rPr>
        <w:t>Finansman ve Etik Kurul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ED026D" w14:paraId="4E345B63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9DA0B8D" w14:textId="77777777" w:rsidR="00ED026D" w:rsidRDefault="00E763B8">
            <w:pPr>
              <w:spacing w:after="40"/>
            </w:pPr>
            <w:r>
              <w:rPr>
                <w:sz w:val="21"/>
              </w:rPr>
              <w:t>Finansal destek (kurum, program, proje no; yoksa “Yoktur”)</w:t>
            </w:r>
          </w:p>
        </w:tc>
        <w:tc>
          <w:tcPr>
            <w:tcW w:w="5726" w:type="dxa"/>
          </w:tcPr>
          <w:p w14:paraId="6CFA023A" w14:textId="77777777" w:rsidR="00ED026D" w:rsidRDefault="00ED026D">
            <w:pPr>
              <w:spacing w:after="40"/>
            </w:pPr>
          </w:p>
        </w:tc>
      </w:tr>
      <w:tr w:rsidR="00ED026D" w14:paraId="36C802DF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49A2C998" w14:textId="77777777" w:rsidR="00ED026D" w:rsidRDefault="00E763B8">
            <w:pPr>
              <w:spacing w:after="40"/>
            </w:pPr>
            <w:r>
              <w:rPr>
                <w:sz w:val="21"/>
              </w:rPr>
              <w:t>Etik kurul onayı (kurul adı, tarih, sayı; gerekmiyorsa gerekçesi)</w:t>
            </w:r>
          </w:p>
        </w:tc>
        <w:tc>
          <w:tcPr>
            <w:tcW w:w="5726" w:type="dxa"/>
          </w:tcPr>
          <w:p w14:paraId="051CA3E4" w14:textId="77777777" w:rsidR="00ED026D" w:rsidRDefault="00ED026D">
            <w:pPr>
              <w:spacing w:after="40"/>
            </w:pPr>
          </w:p>
        </w:tc>
      </w:tr>
    </w:tbl>
    <w:p w14:paraId="322302D3" w14:textId="77777777" w:rsidR="00ED026D" w:rsidRDefault="00ED026D"/>
    <w:p w14:paraId="04301C04" w14:textId="77777777" w:rsidR="00ED026D" w:rsidRDefault="00E763B8">
      <w:pPr>
        <w:keepNext/>
        <w:spacing w:before="240"/>
      </w:pPr>
      <w:r>
        <w:rPr>
          <w:b/>
          <w:color w:val="1F3A5F"/>
          <w:sz w:val="25"/>
        </w:rPr>
        <w:t>Yazar İmzaları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835"/>
        <w:gridCol w:w="1587"/>
        <w:gridCol w:w="2381"/>
      </w:tblGrid>
      <w:tr w:rsidR="00ED026D" w14:paraId="1ADCD3B9" w14:textId="77777777">
        <w:trPr>
          <w:trHeight w:val="623"/>
          <w:jc w:val="center"/>
        </w:trPr>
        <w:tc>
          <w:tcPr>
            <w:tcW w:w="2608" w:type="dxa"/>
            <w:shd w:val="clear" w:color="auto" w:fill="E8EEF5"/>
          </w:tcPr>
          <w:p w14:paraId="44AF843E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Yazar</w:t>
            </w:r>
          </w:p>
        </w:tc>
        <w:tc>
          <w:tcPr>
            <w:tcW w:w="2835" w:type="dxa"/>
            <w:shd w:val="clear" w:color="auto" w:fill="E8EEF5"/>
          </w:tcPr>
          <w:p w14:paraId="1C71209B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Ad Soyad</w:t>
            </w:r>
          </w:p>
        </w:tc>
        <w:tc>
          <w:tcPr>
            <w:tcW w:w="1587" w:type="dxa"/>
            <w:shd w:val="clear" w:color="auto" w:fill="E8EEF5"/>
          </w:tcPr>
          <w:p w14:paraId="3AFCAB3B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Tarih</w:t>
            </w:r>
          </w:p>
        </w:tc>
        <w:tc>
          <w:tcPr>
            <w:tcW w:w="2381" w:type="dxa"/>
            <w:shd w:val="clear" w:color="auto" w:fill="E8EEF5"/>
          </w:tcPr>
          <w:p w14:paraId="0A41D6DF" w14:textId="77777777" w:rsidR="00ED026D" w:rsidRDefault="00E763B8">
            <w:pPr>
              <w:spacing w:after="40"/>
            </w:pPr>
            <w:r>
              <w:rPr>
                <w:b/>
                <w:sz w:val="21"/>
              </w:rPr>
              <w:t>İmza</w:t>
            </w:r>
          </w:p>
        </w:tc>
      </w:tr>
      <w:tr w:rsidR="00ED026D" w14:paraId="70F94CAC" w14:textId="77777777">
        <w:trPr>
          <w:trHeight w:val="623"/>
          <w:jc w:val="center"/>
        </w:trPr>
        <w:tc>
          <w:tcPr>
            <w:tcW w:w="2608" w:type="dxa"/>
            <w:shd w:val="clear" w:color="auto" w:fill="F4F6F9"/>
          </w:tcPr>
          <w:p w14:paraId="24B32837" w14:textId="77777777" w:rsidR="00ED026D" w:rsidRDefault="00E763B8">
            <w:pPr>
              <w:spacing w:after="40"/>
            </w:pPr>
            <w:r>
              <w:rPr>
                <w:sz w:val="21"/>
              </w:rPr>
              <w:t>Birinci ve sorumlu yazar</w:t>
            </w:r>
          </w:p>
        </w:tc>
        <w:tc>
          <w:tcPr>
            <w:tcW w:w="2835" w:type="dxa"/>
          </w:tcPr>
          <w:p w14:paraId="081A8ED1" w14:textId="77777777" w:rsidR="00ED026D" w:rsidRDefault="00ED026D">
            <w:pPr>
              <w:spacing w:after="40"/>
            </w:pPr>
          </w:p>
        </w:tc>
        <w:tc>
          <w:tcPr>
            <w:tcW w:w="1587" w:type="dxa"/>
          </w:tcPr>
          <w:p w14:paraId="7DE58A50" w14:textId="77777777" w:rsidR="00ED026D" w:rsidRDefault="00ED026D">
            <w:pPr>
              <w:spacing w:after="40"/>
            </w:pPr>
          </w:p>
        </w:tc>
        <w:tc>
          <w:tcPr>
            <w:tcW w:w="2381" w:type="dxa"/>
          </w:tcPr>
          <w:p w14:paraId="69F82D93" w14:textId="77777777" w:rsidR="00ED026D" w:rsidRDefault="00ED026D">
            <w:pPr>
              <w:spacing w:after="40"/>
            </w:pPr>
          </w:p>
        </w:tc>
      </w:tr>
      <w:tr w:rsidR="00ED026D" w14:paraId="6144B363" w14:textId="77777777">
        <w:trPr>
          <w:trHeight w:val="623"/>
          <w:jc w:val="center"/>
        </w:trPr>
        <w:tc>
          <w:tcPr>
            <w:tcW w:w="2608" w:type="dxa"/>
            <w:shd w:val="clear" w:color="auto" w:fill="F4F6F9"/>
          </w:tcPr>
          <w:p w14:paraId="26FF4E62" w14:textId="77777777" w:rsidR="00ED026D" w:rsidRDefault="00E763B8">
            <w:pPr>
              <w:spacing w:after="40"/>
            </w:pPr>
            <w:r>
              <w:rPr>
                <w:sz w:val="21"/>
              </w:rPr>
              <w:t>İkinci yazar (varsa)</w:t>
            </w:r>
          </w:p>
        </w:tc>
        <w:tc>
          <w:tcPr>
            <w:tcW w:w="2835" w:type="dxa"/>
          </w:tcPr>
          <w:p w14:paraId="2B6ECEA9" w14:textId="77777777" w:rsidR="00ED026D" w:rsidRDefault="00ED026D">
            <w:pPr>
              <w:spacing w:after="40"/>
            </w:pPr>
          </w:p>
        </w:tc>
        <w:tc>
          <w:tcPr>
            <w:tcW w:w="1587" w:type="dxa"/>
          </w:tcPr>
          <w:p w14:paraId="54FAE0B1" w14:textId="77777777" w:rsidR="00ED026D" w:rsidRDefault="00ED026D">
            <w:pPr>
              <w:spacing w:after="40"/>
            </w:pPr>
          </w:p>
        </w:tc>
        <w:tc>
          <w:tcPr>
            <w:tcW w:w="2381" w:type="dxa"/>
          </w:tcPr>
          <w:p w14:paraId="378AC217" w14:textId="77777777" w:rsidR="00ED026D" w:rsidRDefault="00ED026D">
            <w:pPr>
              <w:spacing w:after="40"/>
            </w:pPr>
          </w:p>
        </w:tc>
      </w:tr>
      <w:tr w:rsidR="00ED026D" w14:paraId="574C8FC7" w14:textId="77777777">
        <w:trPr>
          <w:trHeight w:val="623"/>
          <w:jc w:val="center"/>
        </w:trPr>
        <w:tc>
          <w:tcPr>
            <w:tcW w:w="2608" w:type="dxa"/>
            <w:shd w:val="clear" w:color="auto" w:fill="F4F6F9"/>
          </w:tcPr>
          <w:p w14:paraId="23A2BE4C" w14:textId="77777777" w:rsidR="00ED026D" w:rsidRDefault="00E763B8">
            <w:pPr>
              <w:spacing w:after="40"/>
            </w:pPr>
            <w:r>
              <w:rPr>
                <w:sz w:val="21"/>
              </w:rPr>
              <w:t>Üçüncü yazar (varsa)</w:t>
            </w:r>
          </w:p>
        </w:tc>
        <w:tc>
          <w:tcPr>
            <w:tcW w:w="2835" w:type="dxa"/>
          </w:tcPr>
          <w:p w14:paraId="356B4193" w14:textId="77777777" w:rsidR="00ED026D" w:rsidRDefault="00ED026D">
            <w:pPr>
              <w:spacing w:after="40"/>
            </w:pPr>
          </w:p>
        </w:tc>
        <w:tc>
          <w:tcPr>
            <w:tcW w:w="1587" w:type="dxa"/>
          </w:tcPr>
          <w:p w14:paraId="6EBF87AE" w14:textId="77777777" w:rsidR="00ED026D" w:rsidRDefault="00ED026D">
            <w:pPr>
              <w:spacing w:after="40"/>
            </w:pPr>
          </w:p>
        </w:tc>
        <w:tc>
          <w:tcPr>
            <w:tcW w:w="2381" w:type="dxa"/>
          </w:tcPr>
          <w:p w14:paraId="44C511E6" w14:textId="77777777" w:rsidR="00ED026D" w:rsidRDefault="00ED026D">
            <w:pPr>
              <w:spacing w:after="40"/>
            </w:pPr>
          </w:p>
        </w:tc>
      </w:tr>
    </w:tbl>
    <w:p w14:paraId="2F349C5C" w14:textId="77777777" w:rsidR="00ED026D" w:rsidRDefault="00ED026D"/>
    <w:sectPr w:rsidR="00ED026D" w:rsidSect="00B8519F">
      <w:headerReference w:type="default" r:id="rId8"/>
      <w:footerReference w:type="default" r:id="rId9"/>
      <w:pgSz w:w="11906" w:h="16838"/>
      <w:pgMar w:top="1754" w:right="1247" w:bottom="1134" w:left="1247" w:header="720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BAD254" w14:textId="77777777" w:rsidR="00E763B8" w:rsidRDefault="00E763B8">
      <w:pPr>
        <w:spacing w:after="0" w:line="240" w:lineRule="auto"/>
      </w:pPr>
      <w:r>
        <w:separator/>
      </w:r>
    </w:p>
  </w:endnote>
  <w:endnote w:type="continuationSeparator" w:id="0">
    <w:p w14:paraId="60E57271" w14:textId="77777777" w:rsidR="00E763B8" w:rsidRDefault="00E76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32E62" w14:textId="77777777" w:rsidR="009F3BB5" w:rsidRDefault="009F3BB5">
    <w:pPr>
      <w:pStyle w:val="Footer"/>
      <w:jc w:val="cen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59"/>
      <w:gridCol w:w="4369"/>
    </w:tblGrid>
    <w:tr w:rsidR="009F3BB5" w14:paraId="011A3182" w14:textId="77777777" w:rsidTr="00901789">
      <w:tc>
        <w:tcPr>
          <w:tcW w:w="5259" w:type="dxa"/>
        </w:tcPr>
        <w:p w14:paraId="6DD0A923" w14:textId="77777777" w:rsidR="009F3BB5" w:rsidRDefault="009F3BB5" w:rsidP="009F3BB5">
          <w:pPr>
            <w:pStyle w:val="Footer"/>
            <w:jc w:val="right"/>
          </w:pPr>
          <w:r w:rsidRPr="00BF5CAD">
            <w:rPr>
              <w:color w:val="666666"/>
              <w:sz w:val="18"/>
            </w:rPr>
            <w:t xml:space="preserve">editor@gusteme.com · </w:t>
          </w:r>
          <w:hyperlink r:id="rId1" w:history="1">
            <w:r w:rsidRPr="002525F0">
              <w:rPr>
                <w:rStyle w:val="Hyperlink"/>
                <w:sz w:val="18"/>
              </w:rPr>
              <w:t>www.gusteme.com</w:t>
            </w:r>
          </w:hyperlink>
        </w:p>
      </w:tc>
      <w:tc>
        <w:tcPr>
          <w:tcW w:w="4369" w:type="dxa"/>
        </w:tcPr>
        <w:p w14:paraId="78F599CC" w14:textId="77777777" w:rsidR="009F3BB5" w:rsidRPr="00BF5CAD" w:rsidRDefault="009F3BB5" w:rsidP="009F3BB5">
          <w:pPr>
            <w:pStyle w:val="Footer"/>
            <w:rPr>
              <w:color w:val="666666"/>
              <w:sz w:val="18"/>
            </w:rPr>
          </w:pPr>
          <w:r w:rsidRPr="00A07D51">
            <w:rPr>
              <w:color w:val="666666"/>
              <w:sz w:val="18"/>
              <w:lang w:val="tr-TR"/>
            </w:rPr>
            <w:t>Genç Araştırmacı Destek Ödülü</w:t>
          </w:r>
        </w:p>
      </w:tc>
    </w:tr>
  </w:tbl>
  <w:p w14:paraId="56C5656B" w14:textId="77777777" w:rsidR="009F3BB5" w:rsidRDefault="009F3BB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DA2365" w14:textId="77777777" w:rsidR="00E763B8" w:rsidRDefault="00E763B8">
      <w:pPr>
        <w:spacing w:after="0" w:line="240" w:lineRule="auto"/>
      </w:pPr>
      <w:r>
        <w:separator/>
      </w:r>
    </w:p>
  </w:footnote>
  <w:footnote w:type="continuationSeparator" w:id="0">
    <w:p w14:paraId="2E1816D9" w14:textId="77777777" w:rsidR="00E763B8" w:rsidRDefault="00E76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FA145" w14:textId="5DBB427E" w:rsidR="00ED026D" w:rsidRDefault="00DA24BF" w:rsidP="00DA24BF">
    <w:pPr>
      <w:pStyle w:val="Header"/>
    </w:pPr>
    <w:r>
      <w:rPr>
        <w:noProof/>
        <w:color w:val="666666"/>
        <w:sz w:val="18"/>
        <w:lang w:val="tr-TR"/>
      </w:rPr>
      <w:drawing>
        <wp:inline distT="0" distB="0" distL="0" distR="0" wp14:anchorId="73F2B6A9" wp14:editId="415657E6">
          <wp:extent cx="1623695" cy="443705"/>
          <wp:effectExtent l="0" t="0" r="1905" b="1270"/>
          <wp:docPr id="504285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285471" name="Picture 5042854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7058" cy="480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0825566">
    <w:abstractNumId w:val="8"/>
  </w:num>
  <w:num w:numId="2" w16cid:durableId="1552763964">
    <w:abstractNumId w:val="6"/>
  </w:num>
  <w:num w:numId="3" w16cid:durableId="1094668959">
    <w:abstractNumId w:val="5"/>
  </w:num>
  <w:num w:numId="4" w16cid:durableId="87848621">
    <w:abstractNumId w:val="4"/>
  </w:num>
  <w:num w:numId="5" w16cid:durableId="1983532465">
    <w:abstractNumId w:val="7"/>
  </w:num>
  <w:num w:numId="6" w16cid:durableId="360016801">
    <w:abstractNumId w:val="3"/>
  </w:num>
  <w:num w:numId="7" w16cid:durableId="2067486303">
    <w:abstractNumId w:val="2"/>
  </w:num>
  <w:num w:numId="8" w16cid:durableId="2134588918">
    <w:abstractNumId w:val="1"/>
  </w:num>
  <w:num w:numId="9" w16cid:durableId="13467816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C6649"/>
    <w:rsid w:val="00886C93"/>
    <w:rsid w:val="009F3BB5"/>
    <w:rsid w:val="00AA1D8D"/>
    <w:rsid w:val="00B47730"/>
    <w:rsid w:val="00B8519F"/>
    <w:rsid w:val="00CB0664"/>
    <w:rsid w:val="00DA24BF"/>
    <w:rsid w:val="00E763B8"/>
    <w:rsid w:val="00ED02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F04D236-D2CC-8643-81C1-42DE1DE8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F3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ustem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8</cp:revision>
  <dcterms:created xsi:type="dcterms:W3CDTF">2013-12-23T23:15:00Z</dcterms:created>
  <dcterms:modified xsi:type="dcterms:W3CDTF">2026-10-23T12:23:00Z</dcterms:modified>
  <cp:category/>
</cp:coreProperties>
</file>