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FED67E" w14:textId="77777777" w:rsidR="009D0CF6" w:rsidRDefault="00E15C4E">
      <w:pPr>
        <w:spacing w:after="280"/>
        <w:jc w:val="center"/>
      </w:pPr>
      <w:r>
        <w:rPr>
          <w:b/>
          <w:color w:val="1F3A5F"/>
          <w:sz w:val="32"/>
        </w:rPr>
        <w:t>Kısa Özgeçmiş</w:t>
      </w:r>
    </w:p>
    <w:p w14:paraId="63778C31" w14:textId="77777777" w:rsidR="009D0CF6" w:rsidRDefault="00E15C4E">
      <w:r>
        <w:t>Özgeçmiş 250 kelimeyi aşmamalıdır. Ödül alan yazarın özgeçmişi, makaleyle birlikte dergide ve web sayfasında yayımlanabilir.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9D0CF6" w14:paraId="57205FD8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7C4A2DB5" w14:textId="77777777" w:rsidR="009D0CF6" w:rsidRDefault="00E15C4E">
            <w:pPr>
              <w:spacing w:after="40"/>
            </w:pPr>
            <w:r>
              <w:rPr>
                <w:sz w:val="21"/>
              </w:rPr>
              <w:t>Ad Soyad</w:t>
            </w:r>
          </w:p>
        </w:tc>
        <w:tc>
          <w:tcPr>
            <w:tcW w:w="5726" w:type="dxa"/>
          </w:tcPr>
          <w:p w14:paraId="44C866E6" w14:textId="77777777" w:rsidR="009D0CF6" w:rsidRDefault="009D0CF6">
            <w:pPr>
              <w:spacing w:after="40"/>
            </w:pPr>
          </w:p>
        </w:tc>
      </w:tr>
      <w:tr w:rsidR="009D0CF6" w14:paraId="445EE1CA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1009B697" w14:textId="77777777" w:rsidR="009D0CF6" w:rsidRDefault="00E15C4E">
            <w:pPr>
              <w:spacing w:after="40"/>
            </w:pPr>
            <w:r>
              <w:rPr>
                <w:sz w:val="21"/>
              </w:rPr>
              <w:t>Öğrenim durumu (lisans, yüksek lisans, varsa doktora: kurum ve yıl)</w:t>
            </w:r>
          </w:p>
        </w:tc>
        <w:tc>
          <w:tcPr>
            <w:tcW w:w="5726" w:type="dxa"/>
          </w:tcPr>
          <w:p w14:paraId="5FAE7F84" w14:textId="77777777" w:rsidR="009D0CF6" w:rsidRDefault="009D0CF6">
            <w:pPr>
              <w:spacing w:after="40"/>
            </w:pPr>
          </w:p>
        </w:tc>
      </w:tr>
      <w:tr w:rsidR="009D0CF6" w14:paraId="6973EA09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0708DF5F" w14:textId="77777777" w:rsidR="009D0CF6" w:rsidRDefault="00E15C4E">
            <w:pPr>
              <w:spacing w:after="40"/>
            </w:pPr>
            <w:r>
              <w:rPr>
                <w:sz w:val="21"/>
              </w:rPr>
              <w:t>Mevcut görev veya öğrenim durumu</w:t>
            </w:r>
          </w:p>
        </w:tc>
        <w:tc>
          <w:tcPr>
            <w:tcW w:w="5726" w:type="dxa"/>
          </w:tcPr>
          <w:p w14:paraId="7A6E02F2" w14:textId="77777777" w:rsidR="009D0CF6" w:rsidRDefault="009D0CF6">
            <w:pPr>
              <w:spacing w:after="40"/>
            </w:pPr>
          </w:p>
        </w:tc>
      </w:tr>
      <w:tr w:rsidR="009D0CF6" w14:paraId="591515BC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1EE6394F" w14:textId="77777777" w:rsidR="009D0CF6" w:rsidRDefault="00E15C4E">
            <w:pPr>
              <w:spacing w:after="40"/>
            </w:pPr>
            <w:r>
              <w:rPr>
                <w:sz w:val="21"/>
              </w:rPr>
              <w:t>ORCID</w:t>
            </w:r>
          </w:p>
        </w:tc>
        <w:tc>
          <w:tcPr>
            <w:tcW w:w="5726" w:type="dxa"/>
          </w:tcPr>
          <w:p w14:paraId="01313D9B" w14:textId="77777777" w:rsidR="009D0CF6" w:rsidRDefault="009D0CF6">
            <w:pPr>
              <w:spacing w:after="40"/>
            </w:pPr>
          </w:p>
        </w:tc>
      </w:tr>
    </w:tbl>
    <w:p w14:paraId="18EFB081" w14:textId="77777777" w:rsidR="009D0CF6" w:rsidRDefault="009D0CF6"/>
    <w:p w14:paraId="3E5316AF" w14:textId="77777777" w:rsidR="009D0CF6" w:rsidRDefault="00E15C4E">
      <w:r>
        <w:rPr>
          <w:b/>
        </w:rPr>
        <w:t>Araştırma ilgi alanları</w:t>
      </w:r>
      <w:r>
        <w:t xml:space="preserve"> (en fazla 5 anahtar kavram)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11"/>
      </w:tblGrid>
      <w:tr w:rsidR="009D0CF6" w14:paraId="77A049E6" w14:textId="77777777">
        <w:trPr>
          <w:trHeight w:val="850"/>
          <w:jc w:val="center"/>
        </w:trPr>
        <w:tc>
          <w:tcPr>
            <w:tcW w:w="9411" w:type="dxa"/>
          </w:tcPr>
          <w:p w14:paraId="149A1EE7" w14:textId="77777777" w:rsidR="009D0CF6" w:rsidRDefault="009D0CF6">
            <w:pPr>
              <w:spacing w:after="40"/>
            </w:pPr>
          </w:p>
        </w:tc>
      </w:tr>
    </w:tbl>
    <w:p w14:paraId="5B3FEF6B" w14:textId="77777777" w:rsidR="009D0CF6" w:rsidRDefault="009D0CF6"/>
    <w:p w14:paraId="3ED0C73E" w14:textId="77777777" w:rsidR="009D0CF6" w:rsidRDefault="00E15C4E">
      <w:r>
        <w:rPr>
          <w:b/>
        </w:rPr>
        <w:t>Akademik çalışmalar</w:t>
      </w:r>
      <w:r>
        <w:t xml:space="preserve"> (varsa yayın, tebliğ, proje ve ödüller; en fazla 5 madde)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11"/>
      </w:tblGrid>
      <w:tr w:rsidR="009D0CF6" w14:paraId="2B016130" w14:textId="77777777">
        <w:trPr>
          <w:trHeight w:val="453"/>
          <w:jc w:val="center"/>
        </w:trPr>
        <w:tc>
          <w:tcPr>
            <w:tcW w:w="9411" w:type="dxa"/>
          </w:tcPr>
          <w:p w14:paraId="6A787A86" w14:textId="77777777" w:rsidR="009D0CF6" w:rsidRDefault="00E15C4E">
            <w:pPr>
              <w:spacing w:after="40"/>
            </w:pPr>
            <w:r>
              <w:rPr>
                <w:sz w:val="21"/>
              </w:rPr>
              <w:t>1.</w:t>
            </w:r>
          </w:p>
        </w:tc>
      </w:tr>
      <w:tr w:rsidR="009D0CF6" w14:paraId="1299BEA2" w14:textId="77777777">
        <w:trPr>
          <w:trHeight w:val="453"/>
          <w:jc w:val="center"/>
        </w:trPr>
        <w:tc>
          <w:tcPr>
            <w:tcW w:w="9411" w:type="dxa"/>
          </w:tcPr>
          <w:p w14:paraId="6EFA479A" w14:textId="77777777" w:rsidR="009D0CF6" w:rsidRDefault="00E15C4E">
            <w:pPr>
              <w:spacing w:after="40"/>
            </w:pPr>
            <w:r>
              <w:rPr>
                <w:sz w:val="21"/>
              </w:rPr>
              <w:t>2.</w:t>
            </w:r>
          </w:p>
        </w:tc>
      </w:tr>
      <w:tr w:rsidR="009D0CF6" w14:paraId="52612B08" w14:textId="77777777">
        <w:trPr>
          <w:trHeight w:val="453"/>
          <w:jc w:val="center"/>
        </w:trPr>
        <w:tc>
          <w:tcPr>
            <w:tcW w:w="9411" w:type="dxa"/>
          </w:tcPr>
          <w:p w14:paraId="2F32FEAE" w14:textId="77777777" w:rsidR="009D0CF6" w:rsidRDefault="00E15C4E">
            <w:pPr>
              <w:spacing w:after="40"/>
            </w:pPr>
            <w:r>
              <w:rPr>
                <w:sz w:val="21"/>
              </w:rPr>
              <w:t>3.</w:t>
            </w:r>
          </w:p>
        </w:tc>
      </w:tr>
      <w:tr w:rsidR="009D0CF6" w14:paraId="071AF8C9" w14:textId="77777777">
        <w:trPr>
          <w:trHeight w:val="453"/>
          <w:jc w:val="center"/>
        </w:trPr>
        <w:tc>
          <w:tcPr>
            <w:tcW w:w="9411" w:type="dxa"/>
          </w:tcPr>
          <w:p w14:paraId="74BCB93B" w14:textId="77777777" w:rsidR="009D0CF6" w:rsidRDefault="00E15C4E">
            <w:pPr>
              <w:spacing w:after="40"/>
            </w:pPr>
            <w:r>
              <w:rPr>
                <w:sz w:val="21"/>
              </w:rPr>
              <w:t>4.</w:t>
            </w:r>
          </w:p>
        </w:tc>
      </w:tr>
      <w:tr w:rsidR="009D0CF6" w14:paraId="581F32D4" w14:textId="77777777">
        <w:trPr>
          <w:trHeight w:val="453"/>
          <w:jc w:val="center"/>
        </w:trPr>
        <w:tc>
          <w:tcPr>
            <w:tcW w:w="9411" w:type="dxa"/>
          </w:tcPr>
          <w:p w14:paraId="30C6DD29" w14:textId="77777777" w:rsidR="009D0CF6" w:rsidRDefault="00E15C4E">
            <w:pPr>
              <w:spacing w:after="40"/>
            </w:pPr>
            <w:r>
              <w:rPr>
                <w:sz w:val="21"/>
              </w:rPr>
              <w:t>5.</w:t>
            </w:r>
          </w:p>
        </w:tc>
      </w:tr>
    </w:tbl>
    <w:p w14:paraId="3FEDCD0D" w14:textId="77777777" w:rsidR="009D0CF6" w:rsidRDefault="009D0CF6"/>
    <w:p w14:paraId="20E043FE" w14:textId="4A6B72D5" w:rsidR="009D0CF6" w:rsidRDefault="00E15C4E">
      <w:r>
        <w:rPr>
          <w:b/>
        </w:rPr>
        <w:t>Kısa tanıtım metni</w:t>
      </w:r>
      <w:r>
        <w:t xml:space="preserve"> (</w:t>
      </w:r>
      <w:r w:rsidR="00755A3B">
        <w:t>E</w:t>
      </w:r>
      <w:r>
        <w:t>n fazla 1</w:t>
      </w:r>
      <w:r w:rsidR="00F630C0">
        <w:t>5</w:t>
      </w:r>
      <w:r>
        <w:t>0 kelime)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11"/>
      </w:tblGrid>
      <w:tr w:rsidR="009D0CF6" w14:paraId="63EFCB3B" w14:textId="77777777">
        <w:trPr>
          <w:trHeight w:val="2835"/>
          <w:jc w:val="center"/>
        </w:trPr>
        <w:tc>
          <w:tcPr>
            <w:tcW w:w="9411" w:type="dxa"/>
          </w:tcPr>
          <w:p w14:paraId="569D19B3" w14:textId="77777777" w:rsidR="009D0CF6" w:rsidRDefault="009D0CF6">
            <w:pPr>
              <w:spacing w:after="40"/>
            </w:pPr>
          </w:p>
        </w:tc>
      </w:tr>
    </w:tbl>
    <w:p w14:paraId="01548329" w14:textId="77777777" w:rsidR="009D0CF6" w:rsidRDefault="009D0CF6"/>
    <w:sectPr w:rsidR="009D0CF6" w:rsidSect="001B23D3">
      <w:headerReference w:type="default" r:id="rId8"/>
      <w:footerReference w:type="default" r:id="rId9"/>
      <w:pgSz w:w="11906" w:h="16838"/>
      <w:pgMar w:top="1758" w:right="1247" w:bottom="1134" w:left="1247" w:header="720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4B607D" w14:textId="77777777" w:rsidR="00E15C4E" w:rsidRDefault="00E15C4E">
      <w:pPr>
        <w:spacing w:after="0" w:line="240" w:lineRule="auto"/>
      </w:pPr>
      <w:r>
        <w:separator/>
      </w:r>
    </w:p>
  </w:endnote>
  <w:endnote w:type="continuationSeparator" w:id="0">
    <w:p w14:paraId="183478FC" w14:textId="77777777" w:rsidR="00E15C4E" w:rsidRDefault="00E15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2281CA" w14:textId="265113B1" w:rsidR="009D0CF6" w:rsidRDefault="009D0CF6">
    <w:pPr>
      <w:pStyle w:val="Footer"/>
      <w:jc w:val="center"/>
      <w:rPr>
        <w:color w:val="666666"/>
        <w:sz w:val="18"/>
      </w:rPr>
    </w:pPr>
  </w:p>
  <w:p w14:paraId="69611A86" w14:textId="77777777" w:rsidR="000E1836" w:rsidRDefault="000E1836">
    <w:pPr>
      <w:pStyle w:val="Footer"/>
      <w:jc w:val="center"/>
      <w:rPr>
        <w:color w:val="666666"/>
        <w:sz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9"/>
      <w:gridCol w:w="4369"/>
    </w:tblGrid>
    <w:tr w:rsidR="000E1836" w14:paraId="0C6AB6F5" w14:textId="77777777" w:rsidTr="00901789">
      <w:tc>
        <w:tcPr>
          <w:tcW w:w="5259" w:type="dxa"/>
        </w:tcPr>
        <w:p w14:paraId="28D98C1A" w14:textId="77777777" w:rsidR="000E1836" w:rsidRDefault="000E1836" w:rsidP="000E1836">
          <w:pPr>
            <w:pStyle w:val="Footer"/>
            <w:jc w:val="right"/>
          </w:pPr>
          <w:r w:rsidRPr="00BF5CAD">
            <w:rPr>
              <w:color w:val="666666"/>
              <w:sz w:val="18"/>
            </w:rPr>
            <w:t xml:space="preserve">editor@gusteme.com · </w:t>
          </w:r>
          <w:hyperlink r:id="rId1" w:history="1">
            <w:r w:rsidRPr="002525F0">
              <w:rPr>
                <w:rStyle w:val="Hyperlink"/>
                <w:sz w:val="18"/>
              </w:rPr>
              <w:t>www.gusteme.com</w:t>
            </w:r>
          </w:hyperlink>
        </w:p>
      </w:tc>
      <w:tc>
        <w:tcPr>
          <w:tcW w:w="4369" w:type="dxa"/>
        </w:tcPr>
        <w:p w14:paraId="3CE08568" w14:textId="77777777" w:rsidR="000E1836" w:rsidRPr="00BF5CAD" w:rsidRDefault="000E1836" w:rsidP="000E1836">
          <w:pPr>
            <w:pStyle w:val="Footer"/>
            <w:rPr>
              <w:color w:val="666666"/>
              <w:sz w:val="18"/>
            </w:rPr>
          </w:pPr>
          <w:r w:rsidRPr="00A07D51">
            <w:rPr>
              <w:color w:val="666666"/>
              <w:sz w:val="18"/>
              <w:lang w:val="tr-TR"/>
            </w:rPr>
            <w:t>Genç Araştırmacı Destek Ödülü</w:t>
          </w:r>
        </w:p>
      </w:tc>
    </w:tr>
  </w:tbl>
  <w:p w14:paraId="2DB2364A" w14:textId="77777777" w:rsidR="000E1836" w:rsidRDefault="000E1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E95DC5" w14:textId="77777777" w:rsidR="00E15C4E" w:rsidRDefault="00E15C4E">
      <w:pPr>
        <w:spacing w:after="0" w:line="240" w:lineRule="auto"/>
      </w:pPr>
      <w:r>
        <w:separator/>
      </w:r>
    </w:p>
  </w:footnote>
  <w:footnote w:type="continuationSeparator" w:id="0">
    <w:p w14:paraId="5568CB4C" w14:textId="77777777" w:rsidR="00E15C4E" w:rsidRDefault="00E15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1CEF8" w14:textId="571A2395" w:rsidR="009D0CF6" w:rsidRDefault="001B23D3" w:rsidP="001B23D3">
    <w:pPr>
      <w:pStyle w:val="Header"/>
    </w:pPr>
    <w:r>
      <w:rPr>
        <w:noProof/>
        <w:color w:val="666666"/>
        <w:sz w:val="18"/>
        <w:lang w:val="tr-TR"/>
      </w:rPr>
      <w:drawing>
        <wp:inline distT="0" distB="0" distL="0" distR="0" wp14:anchorId="20D3EF03" wp14:editId="7D84FE6F">
          <wp:extent cx="1623695" cy="443705"/>
          <wp:effectExtent l="0" t="0" r="1905" b="1270"/>
          <wp:docPr id="504285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285471" name="Picture 5042854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7058" cy="480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0901110">
    <w:abstractNumId w:val="8"/>
  </w:num>
  <w:num w:numId="2" w16cid:durableId="1794055381">
    <w:abstractNumId w:val="6"/>
  </w:num>
  <w:num w:numId="3" w16cid:durableId="123081735">
    <w:abstractNumId w:val="5"/>
  </w:num>
  <w:num w:numId="4" w16cid:durableId="1755276740">
    <w:abstractNumId w:val="4"/>
  </w:num>
  <w:num w:numId="5" w16cid:durableId="1142576141">
    <w:abstractNumId w:val="7"/>
  </w:num>
  <w:num w:numId="6" w16cid:durableId="1432972478">
    <w:abstractNumId w:val="3"/>
  </w:num>
  <w:num w:numId="7" w16cid:durableId="1715303119">
    <w:abstractNumId w:val="2"/>
  </w:num>
  <w:num w:numId="8" w16cid:durableId="170534594">
    <w:abstractNumId w:val="1"/>
  </w:num>
  <w:num w:numId="9" w16cid:durableId="8341460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836"/>
    <w:rsid w:val="0015074B"/>
    <w:rsid w:val="001B23D3"/>
    <w:rsid w:val="002524ED"/>
    <w:rsid w:val="0029639D"/>
    <w:rsid w:val="00326F90"/>
    <w:rsid w:val="00572968"/>
    <w:rsid w:val="00755A3B"/>
    <w:rsid w:val="00755BF8"/>
    <w:rsid w:val="00886C93"/>
    <w:rsid w:val="009D0CF6"/>
    <w:rsid w:val="00AA1D8D"/>
    <w:rsid w:val="00B47730"/>
    <w:rsid w:val="00B9776D"/>
    <w:rsid w:val="00CB0664"/>
    <w:rsid w:val="00D70594"/>
    <w:rsid w:val="00DF21C5"/>
    <w:rsid w:val="00E15C4E"/>
    <w:rsid w:val="00E35E0E"/>
    <w:rsid w:val="00EA7B5F"/>
    <w:rsid w:val="00F630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F04D236-D2CC-8643-81C1-42DE1DE8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E1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ustem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17</cp:revision>
  <dcterms:created xsi:type="dcterms:W3CDTF">2013-12-23T23:15:00Z</dcterms:created>
  <dcterms:modified xsi:type="dcterms:W3CDTF">2026-10-23T12:26:00Z</dcterms:modified>
  <cp:category/>
</cp:coreProperties>
</file>